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D418" w14:textId="5A19B8CB" w:rsidR="005E7053" w:rsidRPr="00437639" w:rsidRDefault="00665CBF" w:rsidP="00437639">
      <w:pPr>
        <w:rPr>
          <w:rFonts w:ascii="Yu Gothic" w:eastAsia="Yu Gothic" w:hAnsi="Yu Gothic"/>
          <w:sz w:val="40"/>
          <w:szCs w:val="40"/>
        </w:rPr>
      </w:pPr>
      <w:r w:rsidRPr="00665CBF">
        <w:rPr>
          <w:rFonts w:ascii="Yu Gothic" w:eastAsia="Yu Gothic" w:hAnsi="Yu Gothic"/>
          <w:noProof/>
          <w:sz w:val="52"/>
          <w:szCs w:val="52"/>
        </w:rPr>
        <w:drawing>
          <wp:anchor distT="0" distB="0" distL="114300" distR="114300" simplePos="0" relativeHeight="251658240" behindDoc="0" locked="0" layoutInCell="1" allowOverlap="1" wp14:anchorId="458FD91B" wp14:editId="39830FB9">
            <wp:simplePos x="0" y="0"/>
            <wp:positionH relativeFrom="column">
              <wp:posOffset>967153</wp:posOffset>
            </wp:positionH>
            <wp:positionV relativeFrom="paragraph">
              <wp:posOffset>164123</wp:posOffset>
            </wp:positionV>
            <wp:extent cx="3462020" cy="1015365"/>
            <wp:effectExtent l="0" t="0" r="5080" b="635"/>
            <wp:wrapThrough wrapText="bothSides">
              <wp:wrapPolygon edited="0">
                <wp:start x="0" y="0"/>
                <wp:lineTo x="0" y="21343"/>
                <wp:lineTo x="21552" y="21343"/>
                <wp:lineTo x="21552" y="0"/>
                <wp:lineTo x="0" y="0"/>
              </wp:wrapPolygon>
            </wp:wrapThrough>
            <wp:docPr id="85" name="Picture 2">
              <a:extLst xmlns:a="http://schemas.openxmlformats.org/drawingml/2006/main">
                <a:ext uri="{FF2B5EF4-FFF2-40B4-BE49-F238E27FC236}">
                  <a16:creationId xmlns:a16="http://schemas.microsoft.com/office/drawing/2014/main" id="{A8D32A15-AC1A-2D77-A5D0-A26BC16727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2">
                      <a:extLst>
                        <a:ext uri="{FF2B5EF4-FFF2-40B4-BE49-F238E27FC236}">
                          <a16:creationId xmlns:a16="http://schemas.microsoft.com/office/drawing/2014/main" id="{A8D32A15-AC1A-2D77-A5D0-A26BC167272F}"/>
                        </a:ext>
                      </a:extLst>
                    </pic:cNvPr>
                    <pic:cNvPicPr>
                      <a:picLocks noChangeAspect="1" noChangeArrowheads="1"/>
                    </pic:cNvPicPr>
                  </pic:nvPicPr>
                  <pic:blipFill>
                    <a:blip r:embed="rId6" cstate="email">
                      <a:extLst>
                        <a:ext uri="{28A0092B-C50C-407E-A947-70E740481C1C}">
                          <a14:useLocalDpi xmlns:a14="http://schemas.microsoft.com/office/drawing/2010/main"/>
                        </a:ext>
                      </a:extLst>
                    </a:blip>
                    <a:srcRect/>
                    <a:stretch/>
                  </pic:blipFill>
                  <pic:spPr bwMode="auto">
                    <a:xfrm>
                      <a:off x="0" y="0"/>
                      <a:ext cx="3462020" cy="1015365"/>
                    </a:xfrm>
                    <a:prstGeom prst="rect">
                      <a:avLst/>
                    </a:prstGeom>
                    <a:noFill/>
                  </pic:spPr>
                </pic:pic>
              </a:graphicData>
            </a:graphic>
            <wp14:sizeRelH relativeFrom="page">
              <wp14:pctWidth>0</wp14:pctWidth>
            </wp14:sizeRelH>
            <wp14:sizeRelV relativeFrom="page">
              <wp14:pctHeight>0</wp14:pctHeight>
            </wp14:sizeRelV>
          </wp:anchor>
        </w:drawing>
      </w:r>
      <w:r w:rsidR="005E7053" w:rsidRPr="005E7053">
        <w:rPr>
          <w:rFonts w:ascii="Yu Gothic" w:eastAsia="Yu Gothic" w:hAnsi="Yu Gothic"/>
          <w:sz w:val="52"/>
          <w:szCs w:val="52"/>
        </w:rPr>
        <w:t xml:space="preserve"> </w:t>
      </w:r>
    </w:p>
    <w:p w14:paraId="247FA284" w14:textId="77777777" w:rsidR="00665CBF" w:rsidRDefault="00665CBF" w:rsidP="00437639">
      <w:pPr>
        <w:rPr>
          <w:rFonts w:ascii="Yu Gothic" w:eastAsia="Yu Gothic" w:hAnsi="Yu Gothic"/>
          <w:b/>
          <w:bCs/>
          <w:sz w:val="44"/>
          <w:szCs w:val="44"/>
        </w:rPr>
      </w:pPr>
    </w:p>
    <w:p w14:paraId="59636BCE" w14:textId="77777777" w:rsidR="00437639" w:rsidRDefault="00437639" w:rsidP="00437639">
      <w:pPr>
        <w:rPr>
          <w:rFonts w:ascii="Yu Gothic" w:eastAsia="Yu Gothic" w:hAnsi="Yu Gothic"/>
          <w:b/>
          <w:bCs/>
          <w:sz w:val="28"/>
          <w:szCs w:val="28"/>
        </w:rPr>
      </w:pPr>
    </w:p>
    <w:p w14:paraId="01A5360D" w14:textId="77777777" w:rsidR="00406093" w:rsidRPr="00437639" w:rsidRDefault="00406093" w:rsidP="00437639">
      <w:pPr>
        <w:rPr>
          <w:rFonts w:ascii="Yu Gothic" w:eastAsia="Yu Gothic" w:hAnsi="Yu Gothic"/>
          <w:b/>
          <w:bCs/>
          <w:sz w:val="28"/>
          <w:szCs w:val="28"/>
        </w:rPr>
      </w:pPr>
    </w:p>
    <w:p w14:paraId="55998BBA" w14:textId="7137E520" w:rsidR="00437639" w:rsidRPr="00456991" w:rsidRDefault="00665CBF" w:rsidP="00456991">
      <w:pPr>
        <w:jc w:val="center"/>
        <w:rPr>
          <w:rFonts w:ascii="Yu Gothic" w:eastAsia="Yu Gothic" w:hAnsi="Yu Gothic"/>
          <w:b/>
          <w:bCs/>
          <w:sz w:val="20"/>
          <w:szCs w:val="20"/>
        </w:rPr>
      </w:pPr>
      <w:r>
        <w:rPr>
          <w:rFonts w:ascii="Yu Gothic" w:eastAsia="Yu Gothic" w:hAnsi="Yu Gothic" w:hint="eastAsia"/>
          <w:b/>
          <w:bCs/>
          <w:sz w:val="44"/>
          <w:szCs w:val="44"/>
        </w:rPr>
        <w:t>商品登録</w:t>
      </w:r>
      <w:r w:rsidR="005E7053" w:rsidRPr="005E7053">
        <w:rPr>
          <w:rFonts w:ascii="Yu Gothic" w:eastAsia="Yu Gothic" w:hAnsi="Yu Gothic" w:hint="eastAsia"/>
          <w:b/>
          <w:bCs/>
          <w:sz w:val="44"/>
          <w:szCs w:val="44"/>
        </w:rPr>
        <w:t>用紙</w:t>
      </w:r>
    </w:p>
    <w:p w14:paraId="04D388C7" w14:textId="77777777" w:rsidR="00456991" w:rsidRDefault="00456991" w:rsidP="00437639">
      <w:pPr>
        <w:rPr>
          <w:rFonts w:ascii="Yu Gothic" w:eastAsia="Yu Gothic" w:hAnsi="Yu Gothic"/>
          <w:b/>
          <w:bCs/>
        </w:rPr>
      </w:pPr>
    </w:p>
    <w:p w14:paraId="137A8371" w14:textId="77777777" w:rsidR="00966B20" w:rsidRPr="00456991" w:rsidRDefault="00966B20" w:rsidP="00437639">
      <w:pPr>
        <w:rPr>
          <w:rFonts w:ascii="Yu Gothic" w:eastAsia="Yu Gothic" w:hAnsi="Yu Gothic"/>
          <w:b/>
          <w:bCs/>
        </w:rPr>
      </w:pPr>
    </w:p>
    <w:p w14:paraId="13A2DE27" w14:textId="00719A63" w:rsidR="00703D34" w:rsidRPr="005E7053" w:rsidRDefault="00000000" w:rsidP="00437639">
      <w:pPr>
        <w:rPr>
          <w:rFonts w:ascii="Yu Gothic" w:eastAsia="Yu Gothic" w:hAnsi="Yu Gothic"/>
        </w:rPr>
      </w:pPr>
      <w:r w:rsidRPr="001E71C6">
        <w:rPr>
          <w:rFonts w:ascii="Yu Gothic" w:eastAsia="Yu Gothic" w:hAnsi="Yu Gothic"/>
          <w:b/>
          <w:highlight w:val="yellow"/>
        </w:rPr>
        <w:t>【</w:t>
      </w:r>
      <w:r w:rsidR="00D04060" w:rsidRPr="001E71C6">
        <w:rPr>
          <w:rFonts w:ascii="Yu Gothic" w:eastAsia="Yu Gothic" w:hAnsi="Yu Gothic" w:hint="eastAsia"/>
          <w:b/>
          <w:highlight w:val="yellow"/>
        </w:rPr>
        <w:t>会社名／</w:t>
      </w:r>
      <w:r w:rsidR="00F07603" w:rsidRPr="001E71C6">
        <w:rPr>
          <w:rFonts w:ascii="Yu Gothic" w:eastAsia="Yu Gothic" w:hAnsi="Yu Gothic" w:hint="eastAsia"/>
          <w:b/>
          <w:highlight w:val="yellow"/>
        </w:rPr>
        <w:t>工房名</w:t>
      </w:r>
      <w:r w:rsidRPr="001E71C6">
        <w:rPr>
          <w:rFonts w:ascii="Yu Gothic" w:eastAsia="Yu Gothic" w:hAnsi="Yu Gothic"/>
          <w:b/>
          <w:highlight w:val="yellow"/>
        </w:rPr>
        <w:t>】</w:t>
      </w:r>
    </w:p>
    <w:tbl>
      <w:tblPr>
        <w:tblW w:w="0" w:type="auto"/>
        <w:tblLook w:val="04A0" w:firstRow="1" w:lastRow="0" w:firstColumn="1" w:lastColumn="0" w:noHBand="0" w:noVBand="1"/>
      </w:tblPr>
      <w:tblGrid>
        <w:gridCol w:w="8640"/>
      </w:tblGrid>
      <w:tr w:rsidR="00703D34" w:rsidRPr="005E7053" w14:paraId="7D52CCB6" w14:textId="77777777" w:rsidTr="00DB050E">
        <w:trPr>
          <w:trHeight w:val="501"/>
        </w:trPr>
        <w:tc>
          <w:tcPr>
            <w:tcW w:w="8640" w:type="dxa"/>
          </w:tcPr>
          <w:p w14:paraId="6A313889" w14:textId="1DABA75D" w:rsidR="00703D34" w:rsidRPr="005E7053" w:rsidRDefault="00703D34" w:rsidP="00437639">
            <w:pPr>
              <w:rPr>
                <w:rFonts w:ascii="Yu Gothic" w:eastAsia="Yu Gothic" w:hAnsi="Yu Gothic"/>
              </w:rPr>
            </w:pPr>
          </w:p>
        </w:tc>
      </w:tr>
    </w:tbl>
    <w:p w14:paraId="6C84665D" w14:textId="77777777" w:rsidR="00703D34" w:rsidRPr="005E7053" w:rsidRDefault="00703D34" w:rsidP="00437639">
      <w:pPr>
        <w:rPr>
          <w:rFonts w:ascii="Yu Gothic" w:eastAsia="Yu Gothic" w:hAnsi="Yu Gothic"/>
        </w:rPr>
      </w:pPr>
    </w:p>
    <w:p w14:paraId="2E57EE8E" w14:textId="213C6B42" w:rsidR="00703D34" w:rsidRPr="005E7053" w:rsidRDefault="00000000" w:rsidP="00437639">
      <w:pPr>
        <w:rPr>
          <w:rFonts w:ascii="Yu Gothic" w:eastAsia="Yu Gothic" w:hAnsi="Yu Gothic"/>
        </w:rPr>
      </w:pPr>
      <w:r w:rsidRPr="001E71C6">
        <w:rPr>
          <w:rFonts w:ascii="Yu Gothic" w:eastAsia="Yu Gothic" w:hAnsi="Yu Gothic"/>
          <w:b/>
          <w:highlight w:val="yellow"/>
        </w:rPr>
        <w:t>【</w:t>
      </w:r>
      <w:r w:rsidR="00F07603" w:rsidRPr="001E71C6">
        <w:rPr>
          <w:rFonts w:ascii="Yu Gothic" w:eastAsia="Yu Gothic" w:hAnsi="Yu Gothic" w:hint="eastAsia"/>
          <w:b/>
          <w:highlight w:val="yellow"/>
        </w:rPr>
        <w:t>代表者名</w:t>
      </w:r>
      <w:r w:rsidRPr="001E71C6">
        <w:rPr>
          <w:rFonts w:ascii="Yu Gothic" w:eastAsia="Yu Gothic" w:hAnsi="Yu Gothic"/>
          <w:b/>
          <w:highlight w:val="yellow"/>
        </w:rPr>
        <w:t>】</w:t>
      </w:r>
    </w:p>
    <w:tbl>
      <w:tblPr>
        <w:tblW w:w="0" w:type="auto"/>
        <w:tblLook w:val="04A0" w:firstRow="1" w:lastRow="0" w:firstColumn="1" w:lastColumn="0" w:noHBand="0" w:noVBand="1"/>
      </w:tblPr>
      <w:tblGrid>
        <w:gridCol w:w="8640"/>
      </w:tblGrid>
      <w:tr w:rsidR="00703D34" w:rsidRPr="005E7053" w14:paraId="638B6BE9" w14:textId="77777777" w:rsidTr="00DB050E">
        <w:trPr>
          <w:trHeight w:val="459"/>
        </w:trPr>
        <w:tc>
          <w:tcPr>
            <w:tcW w:w="8640" w:type="dxa"/>
          </w:tcPr>
          <w:p w14:paraId="7E677F4B" w14:textId="52C9AAD6" w:rsidR="00703D34" w:rsidRPr="005E7053" w:rsidRDefault="00703D34" w:rsidP="00437639">
            <w:pPr>
              <w:rPr>
                <w:rFonts w:ascii="Yu Gothic" w:eastAsia="Yu Gothic" w:hAnsi="Yu Gothic"/>
              </w:rPr>
            </w:pPr>
          </w:p>
        </w:tc>
      </w:tr>
    </w:tbl>
    <w:p w14:paraId="4A53E766" w14:textId="77777777" w:rsidR="00703D34" w:rsidRDefault="00703D34" w:rsidP="00437639">
      <w:pPr>
        <w:rPr>
          <w:rFonts w:ascii="Yu Gothic" w:eastAsia="Yu Gothic" w:hAnsi="Yu Gothic"/>
        </w:rPr>
      </w:pPr>
    </w:p>
    <w:p w14:paraId="2B97C2EA" w14:textId="77777777" w:rsidR="00966B20" w:rsidRPr="005E7053" w:rsidRDefault="00966B20" w:rsidP="00437639">
      <w:pPr>
        <w:rPr>
          <w:rFonts w:ascii="Yu Gothic" w:eastAsia="Yu Gothic" w:hAnsi="Yu Gothic"/>
        </w:rPr>
      </w:pPr>
    </w:p>
    <w:p w14:paraId="186953EB" w14:textId="081AD60D" w:rsidR="00966B20" w:rsidRPr="008D20F5" w:rsidRDefault="0033233D" w:rsidP="00456991">
      <w:pPr>
        <w:pStyle w:val="Web"/>
        <w:spacing w:before="0" w:beforeAutospacing="0" w:after="0" w:afterAutospacing="0"/>
        <w:rPr>
          <w:rFonts w:ascii="Yu Gothic" w:eastAsia="Yu Gothic" w:hAnsi="Yu Gothic"/>
          <w:b/>
          <w:bCs/>
          <w:color w:val="E36C0A" w:themeColor="accent6" w:themeShade="BF"/>
          <w:sz w:val="28"/>
          <w:szCs w:val="28"/>
        </w:rPr>
      </w:pPr>
      <w:r>
        <w:rPr>
          <w:rFonts w:ascii="Yu Gothic" w:eastAsia="Yu Gothic" w:hAnsi="Yu Gothic" w:hint="eastAsia"/>
          <w:b/>
          <w:bCs/>
          <w:color w:val="E36C0A" w:themeColor="accent6" w:themeShade="BF"/>
          <w:sz w:val="28"/>
          <w:szCs w:val="28"/>
        </w:rPr>
        <w:t>登録</w:t>
      </w:r>
      <w:r w:rsidR="00456991" w:rsidRPr="008D20F5">
        <w:rPr>
          <w:rFonts w:ascii="Yu Gothic" w:eastAsia="Yu Gothic" w:hAnsi="Yu Gothic"/>
          <w:b/>
          <w:bCs/>
          <w:color w:val="E36C0A" w:themeColor="accent6" w:themeShade="BF"/>
          <w:sz w:val="28"/>
          <w:szCs w:val="28"/>
        </w:rPr>
        <w:t>商品</w:t>
      </w:r>
      <w:r>
        <w:rPr>
          <w:rFonts w:ascii="Yu Gothic" w:eastAsia="Yu Gothic" w:hAnsi="Yu Gothic" w:hint="eastAsia"/>
          <w:b/>
          <w:bCs/>
          <w:color w:val="E36C0A" w:themeColor="accent6" w:themeShade="BF"/>
          <w:sz w:val="28"/>
          <w:szCs w:val="28"/>
        </w:rPr>
        <w:t>①</w:t>
      </w:r>
    </w:p>
    <w:p w14:paraId="6B36F9A0" w14:textId="3AAAAD63" w:rsidR="001B56FA" w:rsidRDefault="00B80877" w:rsidP="00437639">
      <w:pPr>
        <w:rPr>
          <w:rFonts w:ascii="Yu Gothic" w:eastAsia="Yu Gothic" w:hAnsi="Yu Gothic"/>
          <w:b/>
          <w:sz w:val="20"/>
          <w:szCs w:val="20"/>
        </w:rPr>
      </w:pPr>
      <w:r w:rsidRPr="001E71C6">
        <w:rPr>
          <w:rFonts w:ascii="Yu Gothic" w:eastAsia="Yu Gothic" w:hAnsi="Yu Gothic"/>
          <w:b/>
          <w:highlight w:val="yellow"/>
        </w:rPr>
        <w:t>【</w:t>
      </w:r>
      <w:r w:rsidRPr="001E71C6">
        <w:rPr>
          <w:rFonts w:ascii="Yu Gothic" w:eastAsia="Yu Gothic" w:hAnsi="Yu Gothic" w:hint="eastAsia"/>
          <w:b/>
          <w:highlight w:val="yellow"/>
        </w:rPr>
        <w:t>商品名</w:t>
      </w:r>
      <w:r w:rsidRPr="001E71C6">
        <w:rPr>
          <w:rFonts w:ascii="Yu Gothic" w:eastAsia="Yu Gothic" w:hAnsi="Yu Gothic"/>
          <w:b/>
          <w:highlight w:val="yellow"/>
        </w:rPr>
        <w:t xml:space="preserve">　</w:t>
      </w:r>
      <w:r w:rsidR="00406093"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r w:rsidR="001B56FA">
        <w:rPr>
          <w:rFonts w:ascii="Yu Gothic" w:eastAsia="Yu Gothic" w:hAnsi="Yu Gothic" w:hint="eastAsia"/>
          <w:b/>
          <w:sz w:val="20"/>
          <w:szCs w:val="20"/>
        </w:rPr>
        <w:t>工芸品の名前や魅力が伝わるような名前だと嬉しいです！</w:t>
      </w:r>
    </w:p>
    <w:p w14:paraId="0B1658F6" w14:textId="7CFA26A9" w:rsidR="00B80877" w:rsidRPr="005E7053" w:rsidRDefault="00B80877" w:rsidP="00437639">
      <w:pPr>
        <w:rPr>
          <w:rFonts w:ascii="Yu Gothic" w:eastAsia="Yu Gothic" w:hAnsi="Yu Gothic"/>
        </w:rPr>
      </w:pPr>
      <w:r w:rsidRPr="00B80877">
        <w:rPr>
          <w:rFonts w:ascii="Yu Gothic" w:eastAsia="Yu Gothic" w:hAnsi="Yu Gothic" w:hint="eastAsia"/>
          <w:b/>
          <w:sz w:val="20"/>
          <w:szCs w:val="20"/>
        </w:rPr>
        <w:t>（例：会津木綿は</w:t>
      </w:r>
      <w:proofErr w:type="gramStart"/>
      <w:r w:rsidRPr="00B80877">
        <w:rPr>
          <w:rFonts w:ascii="Yu Gothic" w:eastAsia="Yu Gothic" w:hAnsi="Yu Gothic" w:hint="eastAsia"/>
          <w:b/>
          <w:sz w:val="20"/>
          <w:szCs w:val="20"/>
        </w:rPr>
        <w:t>ぎれ</w:t>
      </w:r>
      <w:proofErr w:type="gramEnd"/>
      <w:r w:rsidR="001B56FA">
        <w:rPr>
          <w:rFonts w:ascii="Yu Gothic" w:eastAsia="Yu Gothic" w:hAnsi="Yu Gothic" w:hint="eastAsia"/>
          <w:b/>
          <w:sz w:val="20"/>
          <w:szCs w:val="20"/>
        </w:rPr>
        <w:t>詰め合わせセット、</w:t>
      </w:r>
      <w:r w:rsidR="004E23D0">
        <w:rPr>
          <w:rFonts w:ascii="Yu Gothic" w:eastAsia="Yu Gothic" w:hAnsi="Yu Gothic" w:hint="eastAsia"/>
          <w:b/>
          <w:sz w:val="20"/>
          <w:szCs w:val="20"/>
        </w:rPr>
        <w:t>こだわり</w:t>
      </w:r>
      <w:r w:rsidR="001B56FA">
        <w:rPr>
          <w:rFonts w:ascii="Yu Gothic" w:eastAsia="Yu Gothic" w:hAnsi="Yu Gothic" w:hint="eastAsia"/>
          <w:b/>
          <w:sz w:val="20"/>
          <w:szCs w:val="20"/>
        </w:rPr>
        <w:t>ヒノキ</w:t>
      </w:r>
      <w:r w:rsidR="004E23D0">
        <w:rPr>
          <w:rFonts w:ascii="Yu Gothic" w:eastAsia="Yu Gothic" w:hAnsi="Yu Gothic" w:hint="eastAsia"/>
          <w:b/>
          <w:sz w:val="20"/>
          <w:szCs w:val="20"/>
        </w:rPr>
        <w:t>の鉋</w:t>
      </w:r>
      <w:proofErr w:type="gramStart"/>
      <w:r w:rsidR="001B56FA">
        <w:rPr>
          <w:rFonts w:ascii="Yu Gothic" w:eastAsia="Yu Gothic" w:hAnsi="Yu Gothic" w:hint="eastAsia"/>
          <w:b/>
          <w:sz w:val="20"/>
          <w:szCs w:val="20"/>
        </w:rPr>
        <w:t>くず</w:t>
      </w:r>
      <w:proofErr w:type="gramEnd"/>
      <w:r w:rsidR="001B56FA">
        <w:rPr>
          <w:rFonts w:ascii="Yu Gothic" w:eastAsia="Yu Gothic" w:hAnsi="Yu Gothic" w:hint="eastAsia"/>
          <w:b/>
          <w:sz w:val="20"/>
          <w:szCs w:val="20"/>
        </w:rPr>
        <w:t xml:space="preserve">　など</w:t>
      </w:r>
      <w:r w:rsidRPr="00B80877">
        <w:rPr>
          <w:rFonts w:ascii="Yu Gothic" w:eastAsia="Yu Gothic" w:hAnsi="Yu Gothic" w:hint="eastAsia"/>
          <w:b/>
          <w:sz w:val="20"/>
          <w:szCs w:val="20"/>
        </w:rPr>
        <w:t>）</w:t>
      </w:r>
    </w:p>
    <w:tbl>
      <w:tblPr>
        <w:tblW w:w="0" w:type="auto"/>
        <w:tblLook w:val="04A0" w:firstRow="1" w:lastRow="0" w:firstColumn="1" w:lastColumn="0" w:noHBand="0" w:noVBand="1"/>
      </w:tblPr>
      <w:tblGrid>
        <w:gridCol w:w="8640"/>
      </w:tblGrid>
      <w:tr w:rsidR="00B80877" w:rsidRPr="005E7053" w14:paraId="35F456E8" w14:textId="77777777" w:rsidTr="00DB050E">
        <w:trPr>
          <w:trHeight w:val="468"/>
        </w:trPr>
        <w:tc>
          <w:tcPr>
            <w:tcW w:w="8640" w:type="dxa"/>
          </w:tcPr>
          <w:p w14:paraId="735F9C19" w14:textId="77777777" w:rsidR="00B80877" w:rsidRPr="004E23D0" w:rsidRDefault="00B80877" w:rsidP="00437639">
            <w:pPr>
              <w:rPr>
                <w:rFonts w:ascii="Yu Gothic" w:eastAsia="Yu Gothic" w:hAnsi="Yu Gothic"/>
              </w:rPr>
            </w:pPr>
          </w:p>
        </w:tc>
      </w:tr>
    </w:tbl>
    <w:p w14:paraId="7A2E6C65" w14:textId="77777777" w:rsidR="00714B96" w:rsidRDefault="00714B96" w:rsidP="00437639">
      <w:pPr>
        <w:rPr>
          <w:rFonts w:ascii="Yu Gothic" w:eastAsia="Yu Gothic" w:hAnsi="Yu Gothic"/>
          <w:b/>
        </w:rPr>
      </w:pPr>
    </w:p>
    <w:p w14:paraId="67A7FF1A" w14:textId="77777777" w:rsidR="00966B20" w:rsidRPr="00456991" w:rsidRDefault="00966B20" w:rsidP="00437639">
      <w:pPr>
        <w:rPr>
          <w:rFonts w:ascii="Yu Gothic" w:eastAsia="Yu Gothic" w:hAnsi="Yu Gothic"/>
          <w:b/>
        </w:rPr>
      </w:pPr>
    </w:p>
    <w:p w14:paraId="105C66CD" w14:textId="317120BB" w:rsidR="00B80877" w:rsidRDefault="00B80877" w:rsidP="00437639">
      <w:pPr>
        <w:rPr>
          <w:rFonts w:ascii="Yu Gothic" w:eastAsia="Yu Gothic" w:hAnsi="Yu Gothic"/>
          <w:b/>
        </w:rPr>
      </w:pPr>
      <w:r w:rsidRPr="001E71C6">
        <w:rPr>
          <w:rFonts w:ascii="Yu Gothic" w:eastAsia="Yu Gothic" w:hAnsi="Yu Gothic"/>
          <w:b/>
          <w:highlight w:val="yellow"/>
        </w:rPr>
        <w:t>【</w:t>
      </w:r>
      <w:r w:rsidRPr="001E71C6">
        <w:rPr>
          <w:rFonts w:ascii="Yu Gothic" w:eastAsia="Yu Gothic" w:hAnsi="Yu Gothic" w:hint="eastAsia"/>
          <w:b/>
          <w:highlight w:val="yellow"/>
        </w:rPr>
        <w:t>販売希望価格</w:t>
      </w:r>
      <w:r w:rsidRPr="001E71C6">
        <w:rPr>
          <w:rFonts w:ascii="Yu Gothic" w:eastAsia="Yu Gothic" w:hAnsi="Yu Gothic"/>
          <w:b/>
          <w:highlight w:val="yellow"/>
        </w:rPr>
        <w:t xml:space="preserve">　</w:t>
      </w:r>
      <w:r w:rsidR="00406093"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p>
    <w:p w14:paraId="02FD0378" w14:textId="44055661" w:rsidR="009F4DD3" w:rsidRPr="009F4DD3" w:rsidRDefault="00E82BD5" w:rsidP="00437639">
      <w:pPr>
        <w:ind w:left="1050" w:hangingChars="500" w:hanging="1050"/>
        <w:rPr>
          <w:rFonts w:ascii="Apple Color Emoji" w:eastAsia="Yu Gothic" w:hAnsi="Apple Color Emoji" w:cs="Apple Color Emoji"/>
          <w:b/>
          <w:color w:val="EE0000"/>
          <w:sz w:val="20"/>
          <w:szCs w:val="20"/>
        </w:rPr>
      </w:pPr>
      <w:r w:rsidRPr="001B56FA">
        <w:rPr>
          <w:rFonts w:ascii="Yu Gothic" w:eastAsia="Yu Gothic" w:hAnsi="Yu Gothic" w:hint="eastAsia"/>
          <w:b/>
          <w:sz w:val="21"/>
          <w:szCs w:val="21"/>
        </w:rPr>
        <w:t>商品価格</w:t>
      </w:r>
      <w:r>
        <w:rPr>
          <w:rFonts w:ascii="Yu Gothic" w:eastAsia="Yu Gothic" w:hAnsi="Yu Gothic" w:hint="eastAsia"/>
          <w:b/>
          <w:sz w:val="20"/>
          <w:szCs w:val="20"/>
        </w:rPr>
        <w:t xml:space="preserve">　</w:t>
      </w:r>
    </w:p>
    <w:tbl>
      <w:tblPr>
        <w:tblW w:w="8647" w:type="dxa"/>
        <w:tblLook w:val="04A0" w:firstRow="1" w:lastRow="0" w:firstColumn="1" w:lastColumn="0" w:noHBand="0" w:noVBand="1"/>
      </w:tblPr>
      <w:tblGrid>
        <w:gridCol w:w="8647"/>
      </w:tblGrid>
      <w:tr w:rsidR="00B80877" w:rsidRPr="005E7053" w14:paraId="1967C646" w14:textId="77777777" w:rsidTr="00FC6D34">
        <w:trPr>
          <w:trHeight w:val="492"/>
        </w:trPr>
        <w:tc>
          <w:tcPr>
            <w:tcW w:w="8647" w:type="dxa"/>
          </w:tcPr>
          <w:p w14:paraId="43E092AD" w14:textId="6F39B5D8" w:rsidR="00B80877" w:rsidRPr="00E82BD5" w:rsidRDefault="00E82BD5" w:rsidP="00437639">
            <w:pPr>
              <w:rPr>
                <w:rFonts w:ascii="Yu Gothic" w:eastAsia="Yu Gothic" w:hAnsi="Yu Gothic"/>
                <w:b/>
                <w:bCs/>
              </w:rPr>
            </w:pPr>
            <w:r>
              <w:rPr>
                <w:rFonts w:ascii="Apple Color Emoji" w:eastAsia="Yu Gothic" w:hAnsi="Apple Color Emoji" w:cs="Apple Color Emoji" w:hint="eastAsia"/>
              </w:rPr>
              <w:t xml:space="preserve">　　　　　　　　　　　　　　　　　　　　　　　　　　　　　</w:t>
            </w:r>
            <w:r w:rsidRPr="00E82BD5">
              <w:rPr>
                <w:rFonts w:ascii="Apple Color Emoji" w:eastAsia="Yu Gothic" w:hAnsi="Apple Color Emoji" w:cs="Apple Color Emoji" w:hint="eastAsia"/>
                <w:b/>
                <w:bCs/>
              </w:rPr>
              <w:t>円</w:t>
            </w:r>
            <w:r w:rsidR="00FC6D34">
              <w:rPr>
                <w:rFonts w:ascii="Apple Color Emoji" w:eastAsia="Yu Gothic" w:hAnsi="Apple Color Emoji" w:cs="Apple Color Emoji" w:hint="eastAsia"/>
                <w:b/>
                <w:bCs/>
              </w:rPr>
              <w:t>（税込）</w:t>
            </w:r>
          </w:p>
        </w:tc>
      </w:tr>
    </w:tbl>
    <w:p w14:paraId="40CE854D" w14:textId="168DA59F" w:rsidR="00FC6D34" w:rsidRDefault="00FC6D34" w:rsidP="00456991">
      <w:pPr>
        <w:rPr>
          <w:rFonts w:ascii="Yu Gothic" w:eastAsia="Yu Gothic" w:hAnsi="Yu Gothic"/>
          <w:b/>
          <w:color w:val="EE0000"/>
          <w:sz w:val="20"/>
          <w:szCs w:val="20"/>
        </w:rPr>
      </w:pPr>
      <w:r>
        <w:rPr>
          <w:rFonts w:ascii="Yu Gothic" w:eastAsia="Yu Gothic" w:hAnsi="Yu Gothic" w:hint="eastAsia"/>
          <w:b/>
          <w:color w:val="EE0000"/>
          <w:sz w:val="20"/>
          <w:szCs w:val="20"/>
        </w:rPr>
        <w:t>※送料別、商品のみの価格でお願いいたします</w:t>
      </w:r>
    </w:p>
    <w:p w14:paraId="28759598" w14:textId="035645E0" w:rsidR="0033233D" w:rsidRPr="0033233D" w:rsidRDefault="00FC6D34" w:rsidP="0033233D">
      <w:pPr>
        <w:rPr>
          <w:rFonts w:ascii="Yu Gothic" w:eastAsia="Yu Gothic" w:hAnsi="Yu Gothic"/>
          <w:b/>
          <w:color w:val="EE0000"/>
          <w:sz w:val="18"/>
          <w:szCs w:val="18"/>
        </w:rPr>
      </w:pPr>
      <w:r w:rsidRPr="00E82BD5">
        <w:rPr>
          <w:rFonts w:ascii="Yu Gothic" w:eastAsia="Yu Gothic" w:hAnsi="Yu Gothic" w:hint="eastAsia"/>
          <w:b/>
          <w:color w:val="EE0000"/>
          <w:sz w:val="20"/>
          <w:szCs w:val="20"/>
        </w:rPr>
        <w:t>※商品価格の</w:t>
      </w:r>
      <w:r w:rsidRPr="00E82BD5">
        <w:rPr>
          <w:rFonts w:ascii="Yu Gothic" w:eastAsia="Yu Gothic" w:hAnsi="Yu Gothic"/>
          <w:b/>
          <w:color w:val="EE0000"/>
          <w:sz w:val="20"/>
          <w:szCs w:val="20"/>
        </w:rPr>
        <w:t>30%</w:t>
      </w:r>
      <w:r w:rsidRPr="00E82BD5">
        <w:rPr>
          <w:rFonts w:ascii="Yu Gothic" w:eastAsia="Yu Gothic" w:hAnsi="Yu Gothic" w:hint="eastAsia"/>
          <w:b/>
          <w:color w:val="EE0000"/>
          <w:sz w:val="20"/>
          <w:szCs w:val="20"/>
        </w:rPr>
        <w:t>を運営手数料・広報料として頂戴いたします</w:t>
      </w:r>
      <w:r>
        <w:rPr>
          <w:rFonts w:ascii="Yu Gothic" w:eastAsia="Yu Gothic" w:hAnsi="Yu Gothic"/>
          <w:b/>
          <w:color w:val="EE0000"/>
          <w:sz w:val="20"/>
          <w:szCs w:val="20"/>
        </w:rPr>
        <w:br/>
      </w:r>
      <w:r w:rsidRPr="009F4DD3">
        <w:rPr>
          <w:rFonts w:ascii="Yu Gothic" w:eastAsia="Yu Gothic" w:hAnsi="Yu Gothic"/>
          <w:b/>
          <w:color w:val="EE0000"/>
          <w:sz w:val="18"/>
          <w:szCs w:val="18"/>
        </w:rPr>
        <w:t>(</w:t>
      </w:r>
      <w:r w:rsidRPr="009F4DD3">
        <w:rPr>
          <w:rFonts w:ascii="Yu Gothic" w:eastAsia="Yu Gothic" w:hAnsi="Yu Gothic" w:hint="eastAsia"/>
          <w:b/>
          <w:color w:val="EE0000"/>
          <w:sz w:val="18"/>
          <w:szCs w:val="18"/>
        </w:rPr>
        <w:t>例：商品価格</w:t>
      </w:r>
      <w:r w:rsidRPr="009F4DD3">
        <w:rPr>
          <w:rFonts w:ascii="Yu Gothic" w:eastAsia="Yu Gothic" w:hAnsi="Yu Gothic"/>
          <w:b/>
          <w:color w:val="EE0000"/>
          <w:sz w:val="18"/>
          <w:szCs w:val="18"/>
        </w:rPr>
        <w:t>2,000</w:t>
      </w:r>
      <w:r w:rsidRPr="009F4DD3">
        <w:rPr>
          <w:rFonts w:ascii="Yu Gothic" w:eastAsia="Yu Gothic" w:hAnsi="Yu Gothic" w:hint="eastAsia"/>
          <w:b/>
          <w:color w:val="EE0000"/>
          <w:sz w:val="18"/>
          <w:szCs w:val="18"/>
        </w:rPr>
        <w:t>円の場合、手数料</w:t>
      </w:r>
      <w:r w:rsidRPr="009F4DD3">
        <w:rPr>
          <w:rFonts w:ascii="Yu Gothic" w:eastAsia="Yu Gothic" w:hAnsi="Yu Gothic"/>
          <w:b/>
          <w:color w:val="EE0000"/>
          <w:sz w:val="18"/>
          <w:szCs w:val="18"/>
        </w:rPr>
        <w:t>30%</w:t>
      </w:r>
      <w:r w:rsidRPr="009F4DD3">
        <w:rPr>
          <w:rFonts w:ascii="Yu Gothic" w:eastAsia="Yu Gothic" w:hAnsi="Yu Gothic" w:hint="eastAsia"/>
          <w:b/>
          <w:color w:val="EE0000"/>
          <w:sz w:val="18"/>
          <w:szCs w:val="18"/>
        </w:rPr>
        <w:t>を引き、</w:t>
      </w:r>
      <w:r w:rsidRPr="009F4DD3">
        <w:rPr>
          <w:rFonts w:ascii="Yu Gothic" w:eastAsia="Yu Gothic" w:hAnsi="Yu Gothic"/>
          <w:b/>
          <w:color w:val="EE0000"/>
          <w:sz w:val="18"/>
          <w:szCs w:val="18"/>
        </w:rPr>
        <w:t>1,400</w:t>
      </w:r>
      <w:r w:rsidRPr="009F4DD3">
        <w:rPr>
          <w:rFonts w:ascii="Yu Gothic" w:eastAsia="Yu Gothic" w:hAnsi="Yu Gothic" w:hint="eastAsia"/>
          <w:b/>
          <w:color w:val="EE0000"/>
          <w:sz w:val="18"/>
          <w:szCs w:val="18"/>
        </w:rPr>
        <w:t>円が利益としてお手元に入ります)</w:t>
      </w:r>
    </w:p>
    <w:p w14:paraId="41F8A0F1" w14:textId="77777777" w:rsidR="0033233D" w:rsidRDefault="0033233D" w:rsidP="0033233D">
      <w:pPr>
        <w:rPr>
          <w:rFonts w:ascii="Yu Gothic" w:eastAsia="Yu Gothic" w:hAnsi="Yu Gothic"/>
        </w:rPr>
      </w:pPr>
    </w:p>
    <w:p w14:paraId="7A430448" w14:textId="08436C9C" w:rsidR="0033233D" w:rsidRPr="005E7053" w:rsidRDefault="0033233D" w:rsidP="0033233D">
      <w:pPr>
        <w:rPr>
          <w:rFonts w:ascii="Yu Gothic" w:eastAsia="Yu Gothic" w:hAnsi="Yu Gothic"/>
        </w:rPr>
      </w:pPr>
      <w:r w:rsidRPr="001E71C6">
        <w:rPr>
          <w:rFonts w:ascii="Yu Gothic" w:eastAsia="Yu Gothic" w:hAnsi="Yu Gothic"/>
          <w:b/>
          <w:highlight w:val="yellow"/>
        </w:rPr>
        <w:t>【</w:t>
      </w:r>
      <w:r w:rsidRPr="001E71C6">
        <w:rPr>
          <w:rFonts w:ascii="Yu Gothic" w:eastAsia="Yu Gothic" w:hAnsi="Yu Gothic" w:hint="eastAsia"/>
          <w:b/>
          <w:highlight w:val="yellow"/>
        </w:rPr>
        <w:t>送料</w:t>
      </w:r>
      <w:r w:rsidR="001E71C6">
        <w:rPr>
          <w:rFonts w:ascii="Yu Gothic" w:eastAsia="Yu Gothic" w:hAnsi="Yu Gothic" w:hint="eastAsia"/>
          <w:b/>
          <w:highlight w:val="yellow"/>
        </w:rPr>
        <w:t xml:space="preserve">　</w:t>
      </w:r>
      <w:r w:rsidR="001E71C6" w:rsidRPr="001E71C6">
        <w:rPr>
          <w:rFonts w:ascii="Yu Gothic" w:eastAsia="Yu Gothic" w:hAnsi="Yu Gothic"/>
          <w:b/>
          <w:color w:val="EE0000"/>
          <w:sz w:val="21"/>
          <w:szCs w:val="21"/>
          <w:highlight w:val="yellow"/>
        </w:rPr>
        <w:t>※必須</w:t>
      </w:r>
      <w:r w:rsidRPr="001E71C6">
        <w:rPr>
          <w:rFonts w:ascii="Yu Gothic" w:eastAsia="Yu Gothic" w:hAnsi="Yu Gothic" w:hint="eastAsia"/>
          <w:b/>
          <w:highlight w:val="yellow"/>
        </w:rPr>
        <w:t>】</w:t>
      </w:r>
    </w:p>
    <w:p w14:paraId="780829FA" w14:textId="77777777" w:rsidR="0033233D" w:rsidRPr="001B56FA" w:rsidRDefault="0033233D" w:rsidP="0033233D">
      <w:pPr>
        <w:rPr>
          <w:rFonts w:ascii="Yu Gothic" w:eastAsia="Yu Gothic" w:hAnsi="Yu Gothic"/>
          <w:b/>
          <w:sz w:val="21"/>
          <w:szCs w:val="21"/>
        </w:rPr>
      </w:pPr>
      <w:r>
        <w:rPr>
          <w:rFonts w:ascii="Yu Gothic" w:eastAsia="Yu Gothic" w:hAnsi="Yu Gothic" w:hint="eastAsia"/>
          <w:b/>
          <w:sz w:val="21"/>
          <w:szCs w:val="21"/>
        </w:rPr>
        <w:t>送料は、発送場所によらず一商品あたり固定といたします。利用する発送方法に応じて、送料の平均</w:t>
      </w:r>
      <w:r>
        <w:rPr>
          <w:rFonts w:ascii="Yu Gothic" w:eastAsia="Yu Gothic" w:hAnsi="Yu Gothic"/>
          <w:b/>
          <w:sz w:val="21"/>
          <w:szCs w:val="21"/>
        </w:rPr>
        <w:t>(300</w:t>
      </w:r>
      <w:r>
        <w:rPr>
          <w:rFonts w:ascii="Apple Color Emoji" w:eastAsia="Yu Gothic" w:hAnsi="Apple Color Emoji" w:cs="Apple Color Emoji" w:hint="eastAsia"/>
          <w:b/>
          <w:sz w:val="21"/>
          <w:szCs w:val="21"/>
        </w:rPr>
        <w:t>〜</w:t>
      </w:r>
      <w:r>
        <w:rPr>
          <w:rFonts w:ascii="Yu Gothic" w:eastAsia="Yu Gothic" w:hAnsi="Yu Gothic"/>
          <w:b/>
          <w:sz w:val="21"/>
          <w:szCs w:val="21"/>
        </w:rPr>
        <w:t>1,500</w:t>
      </w:r>
      <w:r>
        <w:rPr>
          <w:rFonts w:ascii="Yu Gothic" w:eastAsia="Yu Gothic" w:hAnsi="Yu Gothic" w:hint="eastAsia"/>
          <w:b/>
          <w:sz w:val="21"/>
          <w:szCs w:val="21"/>
        </w:rPr>
        <w:t>円程度</w:t>
      </w:r>
      <w:r>
        <w:rPr>
          <w:rFonts w:ascii="Yu Gothic" w:eastAsia="Yu Gothic" w:hAnsi="Yu Gothic"/>
          <w:b/>
          <w:sz w:val="21"/>
          <w:szCs w:val="21"/>
        </w:rPr>
        <w:t>)</w:t>
      </w:r>
      <w:r>
        <w:rPr>
          <w:rFonts w:ascii="Yu Gothic" w:eastAsia="Yu Gothic" w:hAnsi="Yu Gothic" w:hint="eastAsia"/>
          <w:b/>
          <w:sz w:val="21"/>
          <w:szCs w:val="21"/>
        </w:rPr>
        <w:t>の設定をお願いいたします！</w:t>
      </w:r>
    </w:p>
    <w:tbl>
      <w:tblPr>
        <w:tblW w:w="0" w:type="auto"/>
        <w:tblLook w:val="04A0" w:firstRow="1" w:lastRow="0" w:firstColumn="1" w:lastColumn="0" w:noHBand="0" w:noVBand="1"/>
      </w:tblPr>
      <w:tblGrid>
        <w:gridCol w:w="8640"/>
      </w:tblGrid>
      <w:tr w:rsidR="0033233D" w:rsidRPr="005E7053" w14:paraId="522DCCCB" w14:textId="77777777" w:rsidTr="00E0175F">
        <w:trPr>
          <w:trHeight w:val="545"/>
        </w:trPr>
        <w:tc>
          <w:tcPr>
            <w:tcW w:w="8640" w:type="dxa"/>
          </w:tcPr>
          <w:p w14:paraId="6C3F4458" w14:textId="77777777" w:rsidR="0033233D" w:rsidRPr="005E7053" w:rsidRDefault="0033233D" w:rsidP="00E0175F">
            <w:pPr>
              <w:ind w:firstLineChars="3250" w:firstLine="7800"/>
              <w:rPr>
                <w:rFonts w:ascii="Yu Gothic" w:eastAsia="Yu Gothic" w:hAnsi="Yu Gothic"/>
              </w:rPr>
            </w:pPr>
            <w:r w:rsidRPr="00E82BD5">
              <w:rPr>
                <w:rFonts w:ascii="Apple Color Emoji" w:eastAsia="Yu Gothic" w:hAnsi="Apple Color Emoji" w:cs="Apple Color Emoji" w:hint="eastAsia"/>
                <w:b/>
                <w:bCs/>
              </w:rPr>
              <w:t>円</w:t>
            </w:r>
          </w:p>
        </w:tc>
      </w:tr>
    </w:tbl>
    <w:p w14:paraId="2999BD30" w14:textId="3E19E94C" w:rsidR="0033233D" w:rsidRDefault="0033233D" w:rsidP="0033233D">
      <w:pPr>
        <w:rPr>
          <w:rFonts w:ascii="Yu Gothic" w:eastAsia="Yu Gothic" w:hAnsi="Yu Gothic"/>
          <w:b/>
          <w:color w:val="EE0000"/>
          <w:sz w:val="20"/>
          <w:szCs w:val="20"/>
        </w:rPr>
      </w:pPr>
      <w:r>
        <w:rPr>
          <w:rFonts w:ascii="Yu Gothic" w:eastAsia="Yu Gothic" w:hAnsi="Yu Gothic" w:hint="eastAsia"/>
          <w:b/>
          <w:color w:val="EE0000"/>
          <w:sz w:val="20"/>
          <w:szCs w:val="20"/>
        </w:rPr>
        <w:t>※上記商品価格と送料を足したものが、「販売価格」となります。</w:t>
      </w:r>
    </w:p>
    <w:p w14:paraId="7DFE2AB9" w14:textId="77777777" w:rsidR="0033233D" w:rsidRPr="0033233D" w:rsidRDefault="0033233D" w:rsidP="00456991">
      <w:pPr>
        <w:rPr>
          <w:rFonts w:ascii="Yu Gothic" w:eastAsia="Yu Gothic" w:hAnsi="Yu Gothic"/>
          <w:b/>
          <w:sz w:val="20"/>
          <w:szCs w:val="20"/>
        </w:rPr>
      </w:pPr>
    </w:p>
    <w:p w14:paraId="485B9221" w14:textId="77777777" w:rsidR="0033233D" w:rsidRDefault="00966B20" w:rsidP="0033233D">
      <w:pPr>
        <w:spacing w:after="200" w:line="276" w:lineRule="auto"/>
        <w:rPr>
          <w:rFonts w:ascii="Yu Gothic" w:eastAsia="Yu Gothic" w:hAnsi="Yu Gothic"/>
          <w:b/>
          <w:sz w:val="20"/>
          <w:szCs w:val="20"/>
        </w:rPr>
      </w:pPr>
      <w:r>
        <w:rPr>
          <w:rFonts w:ascii="Yu Gothic" w:eastAsia="Yu Gothic" w:hAnsi="Yu Gothic"/>
          <w:b/>
          <w:sz w:val="20"/>
          <w:szCs w:val="20"/>
        </w:rPr>
        <w:br w:type="page"/>
      </w:r>
    </w:p>
    <w:p w14:paraId="43CDA00F" w14:textId="77777777" w:rsidR="0033233D" w:rsidRDefault="0033233D" w:rsidP="0033233D">
      <w:pPr>
        <w:rPr>
          <w:rFonts w:ascii="Yu Gothic" w:eastAsia="Yu Gothic" w:hAnsi="Yu Gothic"/>
          <w:b/>
        </w:rPr>
      </w:pPr>
      <w:r w:rsidRPr="001E71C6">
        <w:rPr>
          <w:rFonts w:ascii="Yu Gothic" w:eastAsia="Yu Gothic" w:hAnsi="Yu Gothic"/>
          <w:b/>
          <w:highlight w:val="yellow"/>
        </w:rPr>
        <w:lastRenderedPageBreak/>
        <w:t>【</w:t>
      </w:r>
      <w:r w:rsidRPr="001E71C6">
        <w:rPr>
          <w:rFonts w:ascii="Yu Gothic" w:eastAsia="Yu Gothic" w:hAnsi="Yu Gothic" w:hint="eastAsia"/>
          <w:b/>
          <w:highlight w:val="yellow"/>
          <w:u w:val="single"/>
        </w:rPr>
        <w:t>梱包後</w:t>
      </w:r>
      <w:r w:rsidRPr="001E71C6">
        <w:rPr>
          <w:rFonts w:ascii="Yu Gothic" w:eastAsia="Yu Gothic" w:hAnsi="Yu Gothic" w:hint="eastAsia"/>
          <w:b/>
          <w:highlight w:val="yellow"/>
        </w:rPr>
        <w:t>のサイズ</w:t>
      </w:r>
      <w:r w:rsidRPr="001E71C6">
        <w:rPr>
          <w:rFonts w:ascii="Yu Gothic" w:eastAsia="Yu Gothic" w:hAnsi="Yu Gothic"/>
          <w:b/>
          <w:highlight w:val="yellow"/>
        </w:rPr>
        <w:t xml:space="preserve">　</w:t>
      </w:r>
      <w:r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p>
    <w:p w14:paraId="666D663C" w14:textId="77777777"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 メール便</w:t>
      </w:r>
    </w:p>
    <w:p w14:paraId="42823DDC" w14:textId="3A938D77"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□レターパック</w:t>
      </w:r>
      <w:r>
        <w:rPr>
          <w:rFonts w:ascii="Yu Gothic" w:eastAsia="Yu Gothic" w:hAnsi="Yu Gothic" w:hint="eastAsia"/>
          <w:b/>
          <w:bCs/>
          <w:sz w:val="22"/>
          <w:szCs w:val="22"/>
        </w:rPr>
        <w:t>ライト</w:t>
      </w:r>
      <w:r>
        <w:rPr>
          <w:rFonts w:ascii="Yu Gothic" w:eastAsia="Yu Gothic" w:hAnsi="Yu Gothic"/>
          <w:b/>
          <w:bCs/>
          <w:sz w:val="22"/>
          <w:szCs w:val="22"/>
        </w:rPr>
        <w:t>(430</w:t>
      </w:r>
      <w:r>
        <w:rPr>
          <w:rFonts w:ascii="Yu Gothic" w:eastAsia="Yu Gothic" w:hAnsi="Yu Gothic" w:hint="eastAsia"/>
          <w:b/>
          <w:bCs/>
          <w:sz w:val="22"/>
          <w:szCs w:val="22"/>
        </w:rPr>
        <w:t>円</w:t>
      </w:r>
      <w:r>
        <w:rPr>
          <w:rFonts w:ascii="Yu Gothic" w:eastAsia="Yu Gothic" w:hAnsi="Yu Gothic"/>
          <w:b/>
          <w:bCs/>
          <w:sz w:val="22"/>
          <w:szCs w:val="22"/>
        </w:rPr>
        <w:t>)</w:t>
      </w:r>
    </w:p>
    <w:p w14:paraId="4F243CDE" w14:textId="583F6665"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□レターパック</w:t>
      </w:r>
      <w:r>
        <w:rPr>
          <w:rFonts w:ascii="Yu Gothic" w:eastAsia="Yu Gothic" w:hAnsi="Yu Gothic" w:hint="eastAsia"/>
          <w:b/>
          <w:bCs/>
          <w:sz w:val="22"/>
          <w:szCs w:val="22"/>
        </w:rPr>
        <w:t>プラス</w:t>
      </w:r>
      <w:r>
        <w:rPr>
          <w:rFonts w:ascii="Yu Gothic" w:eastAsia="Yu Gothic" w:hAnsi="Yu Gothic"/>
          <w:b/>
          <w:bCs/>
          <w:sz w:val="22"/>
          <w:szCs w:val="22"/>
        </w:rPr>
        <w:t>(600</w:t>
      </w:r>
      <w:r>
        <w:rPr>
          <w:rFonts w:ascii="Yu Gothic" w:eastAsia="Yu Gothic" w:hAnsi="Yu Gothic" w:hint="eastAsia"/>
          <w:b/>
          <w:bCs/>
          <w:sz w:val="22"/>
          <w:szCs w:val="22"/>
        </w:rPr>
        <w:t>円</w:t>
      </w:r>
      <w:r>
        <w:rPr>
          <w:rFonts w:ascii="Yu Gothic" w:eastAsia="Yu Gothic" w:hAnsi="Yu Gothic"/>
          <w:b/>
          <w:bCs/>
          <w:sz w:val="22"/>
          <w:szCs w:val="22"/>
        </w:rPr>
        <w:t>)</w:t>
      </w:r>
    </w:p>
    <w:p w14:paraId="198BF5AB" w14:textId="77777777"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 xml:space="preserve">□ 60サイズ（縦・横・高さの合計が60cm以内） </w:t>
      </w:r>
    </w:p>
    <w:p w14:paraId="295C654F" w14:textId="77777777"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 xml:space="preserve">□ 80サイズ（縦・横・高さの合計が80cm以内） </w:t>
      </w:r>
    </w:p>
    <w:p w14:paraId="58A7466A" w14:textId="77777777" w:rsid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 xml:space="preserve">□ 100サイズ以上（ </w:t>
      </w:r>
      <w:r>
        <w:rPr>
          <w:rFonts w:ascii="Yu Gothic" w:eastAsia="Yu Gothic" w:hAnsi="Yu Gothic" w:hint="eastAsia"/>
          <w:b/>
          <w:bCs/>
          <w:sz w:val="22"/>
          <w:szCs w:val="22"/>
        </w:rPr>
        <w:t xml:space="preserve">　　　　　　</w:t>
      </w:r>
      <w:r w:rsidRPr="00C972E5">
        <w:rPr>
          <w:rFonts w:ascii="Yu Gothic" w:eastAsia="Yu Gothic" w:hAnsi="Yu Gothic"/>
          <w:b/>
          <w:bCs/>
          <w:sz w:val="22"/>
          <w:szCs w:val="22"/>
        </w:rPr>
        <w:t>サイズ）</w:t>
      </w:r>
    </w:p>
    <w:p w14:paraId="6DCE13AD" w14:textId="0317EDB1" w:rsidR="0033233D" w:rsidRPr="0033233D" w:rsidRDefault="0033233D" w:rsidP="0033233D">
      <w:pPr>
        <w:rPr>
          <w:rFonts w:ascii="Yu Gothic" w:eastAsia="Yu Gothic" w:hAnsi="Yu Gothic"/>
          <w:b/>
          <w:bCs/>
          <w:sz w:val="22"/>
          <w:szCs w:val="22"/>
        </w:rPr>
      </w:pPr>
      <w:r w:rsidRPr="00C972E5">
        <w:rPr>
          <w:rFonts w:ascii="Yu Gothic" w:eastAsia="Yu Gothic" w:hAnsi="Yu Gothic"/>
          <w:b/>
          <w:bCs/>
          <w:sz w:val="22"/>
          <w:szCs w:val="22"/>
        </w:rPr>
        <w:t>□</w:t>
      </w:r>
      <w:r>
        <w:rPr>
          <w:rFonts w:ascii="Yu Gothic" w:eastAsia="Yu Gothic" w:hAnsi="Yu Gothic" w:hint="eastAsia"/>
          <w:b/>
          <w:bCs/>
          <w:sz w:val="22"/>
          <w:szCs w:val="22"/>
        </w:rPr>
        <w:t>その他（　　　　　　　　　　　　　　　　　　）</w:t>
      </w:r>
    </w:p>
    <w:p w14:paraId="24AE0A4B" w14:textId="77777777" w:rsidR="0033233D" w:rsidRDefault="0033233D" w:rsidP="0033233D">
      <w:pPr>
        <w:spacing w:after="200" w:line="276" w:lineRule="auto"/>
        <w:rPr>
          <w:rFonts w:ascii="Yu Gothic" w:eastAsia="Yu Gothic" w:hAnsi="Yu Gothic"/>
          <w:b/>
          <w:sz w:val="20"/>
          <w:szCs w:val="20"/>
        </w:rPr>
      </w:pPr>
    </w:p>
    <w:p w14:paraId="28AF7766" w14:textId="282EC0FA" w:rsidR="00731B7F" w:rsidRDefault="00731B7F" w:rsidP="0033233D">
      <w:pPr>
        <w:spacing w:after="200" w:line="276" w:lineRule="auto"/>
        <w:rPr>
          <w:rFonts w:ascii="Yu Gothic" w:eastAsia="Yu Gothic" w:hAnsi="Yu Gothic"/>
          <w:b/>
          <w:sz w:val="20"/>
          <w:szCs w:val="20"/>
        </w:rPr>
      </w:pPr>
      <w:r w:rsidRPr="001E71C6">
        <w:rPr>
          <w:rFonts w:ascii="Yu Gothic" w:eastAsia="Yu Gothic" w:hAnsi="Yu Gothic"/>
          <w:b/>
          <w:highlight w:val="yellow"/>
        </w:rPr>
        <w:t>【</w:t>
      </w:r>
      <w:r w:rsidRPr="001E71C6">
        <w:rPr>
          <w:rFonts w:ascii="Yu Gothic" w:eastAsia="Yu Gothic" w:hAnsi="Yu Gothic" w:hint="eastAsia"/>
          <w:b/>
          <w:highlight w:val="yellow"/>
        </w:rPr>
        <w:t>内容量</w:t>
      </w:r>
      <w:r w:rsidRPr="001E71C6">
        <w:rPr>
          <w:rFonts w:ascii="Yu Gothic" w:eastAsia="Yu Gothic" w:hAnsi="Yu Gothic"/>
          <w:b/>
          <w:highlight w:val="yellow"/>
        </w:rPr>
        <w:t xml:space="preserve">　</w:t>
      </w:r>
      <w:r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r>
        <w:rPr>
          <w:rFonts w:ascii="Yu Gothic" w:eastAsia="Yu Gothic" w:hAnsi="Yu Gothic"/>
          <w:b/>
          <w:sz w:val="20"/>
          <w:szCs w:val="20"/>
        </w:rPr>
        <w:t>1</w:t>
      </w:r>
      <w:r>
        <w:rPr>
          <w:rFonts w:ascii="Yu Gothic" w:eastAsia="Yu Gothic" w:hAnsi="Yu Gothic" w:hint="eastAsia"/>
          <w:b/>
          <w:sz w:val="20"/>
          <w:szCs w:val="20"/>
        </w:rPr>
        <w:t>セットあたりの量の目安をご記入ください。</w:t>
      </w:r>
    </w:p>
    <w:p w14:paraId="6E845FC4" w14:textId="594A24AC" w:rsidR="00731B7F" w:rsidRPr="00A47E27" w:rsidRDefault="00731B7F" w:rsidP="00731B7F">
      <w:pPr>
        <w:rPr>
          <w:rFonts w:ascii="Yu Gothic" w:eastAsia="Yu Gothic" w:hAnsi="Yu Gothic"/>
          <w:b/>
          <w:sz w:val="20"/>
          <w:szCs w:val="20"/>
        </w:rPr>
      </w:pPr>
      <w:r w:rsidRPr="00B80877">
        <w:rPr>
          <w:rFonts w:ascii="Yu Gothic" w:eastAsia="Yu Gothic" w:hAnsi="Yu Gothic" w:hint="eastAsia"/>
          <w:b/>
          <w:sz w:val="20"/>
          <w:szCs w:val="20"/>
        </w:rPr>
        <w:t>（</w:t>
      </w:r>
      <w:r w:rsidRPr="00731B7F">
        <w:rPr>
          <w:rFonts w:ascii="Yu Gothic" w:eastAsia="Yu Gothic" w:hAnsi="Yu Gothic" w:hint="eastAsia"/>
          <w:b/>
          <w:sz w:val="20"/>
          <w:szCs w:val="20"/>
        </w:rPr>
        <w:t>例：</w:t>
      </w:r>
      <w:r w:rsidRPr="00731B7F">
        <w:rPr>
          <w:rFonts w:ascii="Yu Gothic" w:eastAsia="Yu Gothic" w:hAnsi="Yu Gothic"/>
          <w:b/>
          <w:sz w:val="20"/>
          <w:szCs w:val="20"/>
        </w:rPr>
        <w:t>1箱あたり約500g、</w:t>
      </w:r>
      <w:r>
        <w:rPr>
          <w:rFonts w:ascii="Yu Gothic" w:eastAsia="Yu Gothic" w:hAnsi="Yu Gothic"/>
          <w:b/>
          <w:sz w:val="20"/>
          <w:szCs w:val="20"/>
        </w:rPr>
        <w:t>5cm</w:t>
      </w:r>
      <w:r>
        <w:rPr>
          <w:rFonts w:ascii="Apple Color Emoji" w:eastAsia="Yu Gothic" w:hAnsi="Apple Color Emoji" w:cs="Apple Color Emoji" w:hint="eastAsia"/>
          <w:b/>
          <w:sz w:val="20"/>
          <w:szCs w:val="20"/>
        </w:rPr>
        <w:t>×</w:t>
      </w:r>
      <w:r>
        <w:rPr>
          <w:rFonts w:ascii="Yu Gothic" w:eastAsia="Yu Gothic" w:hAnsi="Yu Gothic" w:cs="Apple Color Emoji" w:hint="eastAsia"/>
          <w:b/>
          <w:sz w:val="20"/>
          <w:szCs w:val="20"/>
        </w:rPr>
        <w:t>３</w:t>
      </w:r>
      <w:r>
        <w:rPr>
          <w:rFonts w:ascii="Yu Gothic" w:eastAsia="Yu Gothic" w:hAnsi="Yu Gothic" w:cs="Apple Color Emoji"/>
          <w:b/>
          <w:sz w:val="20"/>
          <w:szCs w:val="20"/>
        </w:rPr>
        <w:t>cm</w:t>
      </w:r>
      <w:r>
        <w:rPr>
          <w:rFonts w:ascii="Yu Gothic" w:eastAsia="Yu Gothic" w:hAnsi="Yu Gothic" w:hint="eastAsia"/>
          <w:b/>
          <w:sz w:val="20"/>
          <w:szCs w:val="20"/>
        </w:rPr>
        <w:t>の板</w:t>
      </w:r>
      <w:r>
        <w:rPr>
          <w:rFonts w:ascii="Yu Gothic" w:eastAsia="Yu Gothic" w:hAnsi="Yu Gothic"/>
          <w:b/>
          <w:sz w:val="20"/>
          <w:szCs w:val="20"/>
        </w:rPr>
        <w:t>5</w:t>
      </w:r>
      <w:r>
        <w:rPr>
          <w:rFonts w:ascii="Yu Gothic" w:eastAsia="Yu Gothic" w:hAnsi="Yu Gothic" w:hint="eastAsia"/>
          <w:b/>
          <w:sz w:val="20"/>
          <w:szCs w:val="20"/>
        </w:rPr>
        <w:t>枚セット</w:t>
      </w:r>
      <w:r w:rsidR="00A47E27">
        <w:rPr>
          <w:rFonts w:ascii="Yu Gothic" w:eastAsia="Yu Gothic" w:hAnsi="Yu Gothic"/>
          <w:b/>
          <w:sz w:val="20"/>
          <w:szCs w:val="20"/>
        </w:rPr>
        <w:t>、</w:t>
      </w:r>
      <w:r w:rsidR="00A47E27">
        <w:rPr>
          <w:rFonts w:ascii="Yu Gothic" w:eastAsia="Yu Gothic" w:hAnsi="Yu Gothic" w:hint="eastAsia"/>
          <w:b/>
          <w:sz w:val="20"/>
          <w:szCs w:val="20"/>
        </w:rPr>
        <w:t>レターパックに入るだけ</w:t>
      </w:r>
      <w:r w:rsidR="00A47E27">
        <w:rPr>
          <w:rFonts w:ascii="Yu Gothic" w:eastAsia="Yu Gothic" w:hAnsi="Yu Gothic"/>
          <w:b/>
          <w:sz w:val="20"/>
          <w:szCs w:val="20"/>
        </w:rPr>
        <w:t>(</w:t>
      </w:r>
      <w:r w:rsidR="00A47E27">
        <w:rPr>
          <w:rFonts w:ascii="Yu Gothic" w:eastAsia="Yu Gothic" w:hAnsi="Yu Gothic" w:hint="eastAsia"/>
          <w:b/>
          <w:sz w:val="20"/>
          <w:szCs w:val="20"/>
        </w:rPr>
        <w:t>約○</w:t>
      </w:r>
      <w:r w:rsidR="00A47E27">
        <w:rPr>
          <w:rFonts w:ascii="Yu Gothic" w:eastAsia="Yu Gothic" w:hAnsi="Yu Gothic"/>
          <w:b/>
          <w:sz w:val="20"/>
          <w:szCs w:val="20"/>
        </w:rPr>
        <w:t>g)</w:t>
      </w:r>
      <w:r w:rsidR="00A47E27">
        <w:rPr>
          <w:rFonts w:ascii="Yu Gothic" w:eastAsia="Yu Gothic" w:hAnsi="Yu Gothic" w:hint="eastAsia"/>
          <w:b/>
          <w:sz w:val="20"/>
          <w:szCs w:val="20"/>
        </w:rPr>
        <w:t>等</w:t>
      </w:r>
      <w:r w:rsidRPr="00731B7F">
        <w:rPr>
          <w:rFonts w:ascii="Yu Gothic" w:eastAsia="Yu Gothic" w:hAnsi="Yu Gothic" w:hint="eastAsia"/>
          <w:b/>
          <w:sz w:val="20"/>
          <w:szCs w:val="20"/>
        </w:rPr>
        <w:t>）</w:t>
      </w:r>
    </w:p>
    <w:tbl>
      <w:tblPr>
        <w:tblW w:w="0" w:type="auto"/>
        <w:tblLook w:val="04A0" w:firstRow="1" w:lastRow="0" w:firstColumn="1" w:lastColumn="0" w:noHBand="0" w:noVBand="1"/>
      </w:tblPr>
      <w:tblGrid>
        <w:gridCol w:w="8640"/>
      </w:tblGrid>
      <w:tr w:rsidR="00731B7F" w:rsidRPr="005E7053" w14:paraId="20CFAE05" w14:textId="77777777" w:rsidTr="00E02749">
        <w:tc>
          <w:tcPr>
            <w:tcW w:w="8640" w:type="dxa"/>
          </w:tcPr>
          <w:p w14:paraId="793A21AB" w14:textId="77777777" w:rsidR="00731B7F" w:rsidRDefault="00731B7F" w:rsidP="00E02749">
            <w:pPr>
              <w:rPr>
                <w:rFonts w:ascii="Yu Gothic" w:eastAsia="Yu Gothic" w:hAnsi="Yu Gothic"/>
              </w:rPr>
            </w:pPr>
          </w:p>
          <w:p w14:paraId="39CED2EA" w14:textId="77777777" w:rsidR="004E23D0" w:rsidRDefault="004E23D0" w:rsidP="00E02749">
            <w:pPr>
              <w:rPr>
                <w:rFonts w:ascii="Yu Gothic" w:eastAsia="Yu Gothic" w:hAnsi="Yu Gothic"/>
              </w:rPr>
            </w:pPr>
          </w:p>
          <w:p w14:paraId="675AC8A1" w14:textId="77777777" w:rsidR="0033233D" w:rsidRPr="00714B96" w:rsidRDefault="0033233D" w:rsidP="00E02749">
            <w:pPr>
              <w:rPr>
                <w:rFonts w:ascii="Yu Gothic" w:eastAsia="Yu Gothic" w:hAnsi="Yu Gothic"/>
              </w:rPr>
            </w:pPr>
          </w:p>
        </w:tc>
      </w:tr>
    </w:tbl>
    <w:p w14:paraId="759BE144" w14:textId="77777777" w:rsidR="00731B7F" w:rsidRPr="00731B7F" w:rsidRDefault="00731B7F" w:rsidP="00456991">
      <w:pPr>
        <w:rPr>
          <w:rFonts w:ascii="Yu Gothic" w:eastAsia="Yu Gothic" w:hAnsi="Yu Gothic"/>
          <w:b/>
        </w:rPr>
      </w:pPr>
    </w:p>
    <w:p w14:paraId="1679DB22" w14:textId="77777777" w:rsidR="00966B20" w:rsidRDefault="00966B20" w:rsidP="00456991">
      <w:pPr>
        <w:rPr>
          <w:rFonts w:ascii="Yu Gothic" w:eastAsia="Yu Gothic" w:hAnsi="Yu Gothic"/>
          <w:b/>
        </w:rPr>
      </w:pPr>
    </w:p>
    <w:p w14:paraId="0BB88E4D" w14:textId="4197BDA3" w:rsidR="00731B7F" w:rsidRDefault="00731B7F" w:rsidP="00731B7F">
      <w:pPr>
        <w:rPr>
          <w:rFonts w:ascii="Yu Gothic" w:eastAsia="Yu Gothic" w:hAnsi="Yu Gothic"/>
          <w:b/>
          <w:sz w:val="20"/>
          <w:szCs w:val="20"/>
        </w:rPr>
      </w:pPr>
      <w:r w:rsidRPr="001E71C6">
        <w:rPr>
          <w:rFonts w:ascii="Yu Gothic" w:eastAsia="Yu Gothic" w:hAnsi="Yu Gothic"/>
          <w:b/>
          <w:highlight w:val="yellow"/>
        </w:rPr>
        <w:t>【</w:t>
      </w:r>
      <w:r w:rsidRPr="001E71C6">
        <w:rPr>
          <w:rFonts w:ascii="Yu Gothic" w:eastAsia="Yu Gothic" w:hAnsi="Yu Gothic" w:hint="eastAsia"/>
          <w:b/>
          <w:highlight w:val="yellow"/>
        </w:rPr>
        <w:t>商品の種類</w:t>
      </w:r>
      <w:r w:rsidR="001E71C6">
        <w:rPr>
          <w:rFonts w:ascii="Yu Gothic" w:eastAsia="Yu Gothic" w:hAnsi="Yu Gothic" w:hint="eastAsia"/>
          <w:b/>
          <w:highlight w:val="yellow"/>
        </w:rPr>
        <w:t xml:space="preserve">　</w:t>
      </w:r>
      <w:r w:rsidR="001E71C6"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r>
        <w:rPr>
          <w:rFonts w:ascii="Yu Gothic" w:eastAsia="Yu Gothic" w:hAnsi="Yu Gothic" w:hint="eastAsia"/>
          <w:b/>
          <w:sz w:val="20"/>
          <w:szCs w:val="20"/>
        </w:rPr>
        <w:t>サイズ違い／色違いなどで複数商品出品する場合はご記載ください！</w:t>
      </w:r>
    </w:p>
    <w:p w14:paraId="18C72A85" w14:textId="5BD8695D" w:rsidR="00731B7F" w:rsidRPr="00731B7F" w:rsidRDefault="00731B7F" w:rsidP="00731B7F">
      <w:pPr>
        <w:rPr>
          <w:rFonts w:ascii="Yu Gothic" w:eastAsia="Yu Gothic" w:hAnsi="Yu Gothic"/>
          <w:b/>
          <w:bCs/>
          <w:sz w:val="22"/>
          <w:szCs w:val="22"/>
        </w:rPr>
      </w:pPr>
      <w:r w:rsidRPr="00731B7F">
        <w:rPr>
          <w:rFonts w:ascii="Yu Gothic" w:eastAsia="Yu Gothic" w:hAnsi="Yu Gothic"/>
          <w:b/>
          <w:bCs/>
          <w:sz w:val="22"/>
          <w:szCs w:val="22"/>
        </w:rPr>
        <w:t xml:space="preserve">□ ない（1種類のみ） </w:t>
      </w:r>
    </w:p>
    <w:p w14:paraId="2A6B218F" w14:textId="29EA3384" w:rsidR="00731B7F" w:rsidRPr="00731B7F" w:rsidRDefault="00731B7F" w:rsidP="00731B7F">
      <w:pPr>
        <w:rPr>
          <w:rFonts w:ascii="Yu Gothic" w:eastAsia="Yu Gothic" w:hAnsi="Yu Gothic"/>
          <w:b/>
          <w:bCs/>
          <w:sz w:val="18"/>
          <w:szCs w:val="18"/>
        </w:rPr>
      </w:pPr>
      <w:r w:rsidRPr="00731B7F">
        <w:rPr>
          <w:rFonts w:ascii="Yu Gothic" w:eastAsia="Yu Gothic" w:hAnsi="Yu Gothic"/>
          <w:b/>
          <w:bCs/>
          <w:sz w:val="22"/>
          <w:szCs w:val="22"/>
        </w:rPr>
        <w:t>□ ある</w:t>
      </w:r>
    </w:p>
    <w:p w14:paraId="4237D6BF" w14:textId="59E0BF41" w:rsidR="00731B7F" w:rsidRPr="001B56FA" w:rsidRDefault="00731B7F" w:rsidP="00731B7F">
      <w:pPr>
        <w:rPr>
          <w:rFonts w:ascii="Yu Gothic" w:eastAsia="Yu Gothic" w:hAnsi="Yu Gothic"/>
          <w:b/>
          <w:bCs/>
          <w:sz w:val="20"/>
          <w:szCs w:val="20"/>
        </w:rPr>
      </w:pPr>
      <w:r>
        <w:rPr>
          <w:rFonts w:ascii="Yu Gothic" w:eastAsia="Yu Gothic" w:hAnsi="Yu Gothic" w:hint="eastAsia"/>
          <w:b/>
          <w:bCs/>
          <w:sz w:val="20"/>
          <w:szCs w:val="20"/>
        </w:rPr>
        <w:t>種類の内訳を記載してください。</w:t>
      </w:r>
      <w:r>
        <w:rPr>
          <w:rFonts w:ascii="Yu Gothic" w:eastAsia="Yu Gothic" w:hAnsi="Yu Gothic"/>
          <w:b/>
          <w:bCs/>
          <w:sz w:val="20"/>
          <w:szCs w:val="20"/>
        </w:rPr>
        <w:t>(</w:t>
      </w:r>
      <w:r w:rsidRPr="001B56FA">
        <w:rPr>
          <w:rFonts w:ascii="Yu Gothic" w:eastAsia="Yu Gothic" w:hAnsi="Yu Gothic" w:hint="eastAsia"/>
          <w:b/>
          <w:bCs/>
          <w:sz w:val="20"/>
          <w:szCs w:val="20"/>
        </w:rPr>
        <w:t>例：</w:t>
      </w:r>
      <w:r>
        <w:rPr>
          <w:rFonts w:ascii="Yu Gothic" w:eastAsia="Yu Gothic" w:hAnsi="Yu Gothic" w:hint="eastAsia"/>
          <w:b/>
          <w:bCs/>
          <w:sz w:val="20"/>
          <w:szCs w:val="20"/>
        </w:rPr>
        <w:t>小</w:t>
      </w:r>
      <w:r>
        <w:rPr>
          <w:rFonts w:ascii="Yu Gothic" w:eastAsia="Yu Gothic" w:hAnsi="Yu Gothic"/>
          <w:b/>
          <w:bCs/>
          <w:sz w:val="20"/>
          <w:szCs w:val="20"/>
        </w:rPr>
        <w:t>300g</w:t>
      </w:r>
      <w:r>
        <w:rPr>
          <w:rFonts w:ascii="Yu Gothic" w:eastAsia="Yu Gothic" w:hAnsi="Yu Gothic" w:hint="eastAsia"/>
          <w:b/>
          <w:bCs/>
          <w:sz w:val="20"/>
          <w:szCs w:val="20"/>
        </w:rPr>
        <w:t>／中</w:t>
      </w:r>
      <w:r>
        <w:rPr>
          <w:rFonts w:ascii="Yu Gothic" w:eastAsia="Yu Gothic" w:hAnsi="Yu Gothic"/>
          <w:b/>
          <w:bCs/>
          <w:sz w:val="20"/>
          <w:szCs w:val="20"/>
        </w:rPr>
        <w:t>500g</w:t>
      </w:r>
      <w:r>
        <w:rPr>
          <w:rFonts w:ascii="Yu Gothic" w:eastAsia="Yu Gothic" w:hAnsi="Yu Gothic" w:hint="eastAsia"/>
          <w:b/>
          <w:bCs/>
          <w:sz w:val="20"/>
          <w:szCs w:val="20"/>
        </w:rPr>
        <w:t>／大</w:t>
      </w:r>
      <w:r>
        <w:rPr>
          <w:rFonts w:ascii="Yu Gothic" w:eastAsia="Yu Gothic" w:hAnsi="Yu Gothic"/>
          <w:b/>
          <w:bCs/>
          <w:sz w:val="20"/>
          <w:szCs w:val="20"/>
        </w:rPr>
        <w:t>1kg</w:t>
      </w:r>
      <w:r>
        <w:rPr>
          <w:rFonts w:ascii="Yu Gothic" w:eastAsia="Yu Gothic" w:hAnsi="Yu Gothic" w:hint="eastAsia"/>
          <w:b/>
          <w:bCs/>
          <w:sz w:val="20"/>
          <w:szCs w:val="20"/>
        </w:rPr>
        <w:t xml:space="preserve">　、赤色／黄色／青色</w:t>
      </w:r>
      <w:r>
        <w:rPr>
          <w:rFonts w:ascii="Yu Gothic" w:eastAsia="Yu Gothic" w:hAnsi="Yu Gothic"/>
          <w:b/>
          <w:bCs/>
          <w:sz w:val="20"/>
          <w:szCs w:val="20"/>
        </w:rPr>
        <w:t xml:space="preserve"> </w:t>
      </w:r>
      <w:r>
        <w:rPr>
          <w:rFonts w:ascii="Yu Gothic" w:eastAsia="Yu Gothic" w:hAnsi="Yu Gothic" w:hint="eastAsia"/>
          <w:b/>
          <w:bCs/>
          <w:sz w:val="20"/>
          <w:szCs w:val="20"/>
        </w:rPr>
        <w:t xml:space="preserve">　など)</w:t>
      </w:r>
    </w:p>
    <w:tbl>
      <w:tblPr>
        <w:tblW w:w="0" w:type="auto"/>
        <w:tblLook w:val="04A0" w:firstRow="1" w:lastRow="0" w:firstColumn="1" w:lastColumn="0" w:noHBand="0" w:noVBand="1"/>
      </w:tblPr>
      <w:tblGrid>
        <w:gridCol w:w="8640"/>
      </w:tblGrid>
      <w:tr w:rsidR="00731B7F" w:rsidRPr="005E7053" w14:paraId="00ACAC5C" w14:textId="77777777" w:rsidTr="00E02749">
        <w:tc>
          <w:tcPr>
            <w:tcW w:w="8640" w:type="dxa"/>
          </w:tcPr>
          <w:p w14:paraId="68A94E47" w14:textId="77777777" w:rsidR="00731B7F" w:rsidRDefault="00731B7F" w:rsidP="00E02749">
            <w:pPr>
              <w:rPr>
                <w:rFonts w:ascii="Yu Gothic" w:eastAsia="Yu Gothic" w:hAnsi="Yu Gothic"/>
              </w:rPr>
            </w:pPr>
          </w:p>
          <w:p w14:paraId="73362EC2" w14:textId="77777777" w:rsidR="004E23D0" w:rsidRPr="005E7053" w:rsidRDefault="004E23D0" w:rsidP="00E02749">
            <w:pPr>
              <w:rPr>
                <w:rFonts w:ascii="Yu Gothic" w:eastAsia="Yu Gothic" w:hAnsi="Yu Gothic"/>
              </w:rPr>
            </w:pPr>
          </w:p>
        </w:tc>
      </w:tr>
    </w:tbl>
    <w:p w14:paraId="274AA01E" w14:textId="77777777" w:rsidR="00966B20" w:rsidRDefault="00966B20" w:rsidP="00456991">
      <w:pPr>
        <w:rPr>
          <w:rFonts w:ascii="Yu Gothic" w:eastAsia="Yu Gothic" w:hAnsi="Yu Gothic"/>
          <w:b/>
        </w:rPr>
      </w:pPr>
    </w:p>
    <w:p w14:paraId="398318B1" w14:textId="77777777" w:rsidR="00731B7F" w:rsidRPr="00731B7F" w:rsidRDefault="00731B7F" w:rsidP="00456991">
      <w:pPr>
        <w:rPr>
          <w:rFonts w:ascii="Yu Gothic" w:eastAsia="Yu Gothic" w:hAnsi="Yu Gothic"/>
          <w:b/>
        </w:rPr>
      </w:pPr>
    </w:p>
    <w:p w14:paraId="1E9A4336" w14:textId="46133D1F" w:rsidR="00456991" w:rsidRPr="005E7053" w:rsidRDefault="00456991" w:rsidP="00456991">
      <w:pPr>
        <w:rPr>
          <w:rFonts w:ascii="Yu Gothic" w:eastAsia="Yu Gothic" w:hAnsi="Yu Gothic"/>
        </w:rPr>
      </w:pPr>
      <w:r w:rsidRPr="001E71C6">
        <w:rPr>
          <w:rFonts w:ascii="Yu Gothic" w:eastAsia="Yu Gothic" w:hAnsi="Yu Gothic"/>
          <w:b/>
          <w:highlight w:val="yellow"/>
        </w:rPr>
        <w:t>【</w:t>
      </w:r>
      <w:r w:rsidRPr="001E71C6">
        <w:rPr>
          <w:rFonts w:ascii="Yu Gothic" w:eastAsia="Yu Gothic" w:hAnsi="Yu Gothic" w:hint="eastAsia"/>
          <w:b/>
          <w:highlight w:val="yellow"/>
        </w:rPr>
        <w:t>在庫数</w:t>
      </w:r>
      <w:r w:rsidRPr="001E71C6">
        <w:rPr>
          <w:rFonts w:ascii="Yu Gothic" w:eastAsia="Yu Gothic" w:hAnsi="Yu Gothic"/>
          <w:b/>
          <w:highlight w:val="yellow"/>
        </w:rPr>
        <w:t>(</w:t>
      </w:r>
      <w:r w:rsidRPr="001E71C6">
        <w:rPr>
          <w:rFonts w:ascii="Yu Gothic" w:eastAsia="Yu Gothic" w:hAnsi="Yu Gothic" w:hint="eastAsia"/>
          <w:b/>
          <w:highlight w:val="yellow"/>
        </w:rPr>
        <w:t>目安</w:t>
      </w:r>
      <w:r w:rsidRPr="001E71C6">
        <w:rPr>
          <w:rFonts w:ascii="Yu Gothic" w:eastAsia="Yu Gothic" w:hAnsi="Yu Gothic"/>
          <w:b/>
          <w:highlight w:val="yellow"/>
        </w:rPr>
        <w:t xml:space="preserve">)　</w:t>
      </w:r>
      <w:r w:rsidR="00406093" w:rsidRPr="001E71C6">
        <w:rPr>
          <w:rFonts w:ascii="Yu Gothic" w:eastAsia="Yu Gothic" w:hAnsi="Yu Gothic"/>
          <w:b/>
          <w:color w:val="EE0000"/>
          <w:sz w:val="21"/>
          <w:szCs w:val="21"/>
          <w:highlight w:val="yellow"/>
        </w:rPr>
        <w:t xml:space="preserve"> ※必須</w:t>
      </w:r>
      <w:r w:rsidRPr="001E71C6">
        <w:rPr>
          <w:rFonts w:ascii="Yu Gothic" w:eastAsia="Yu Gothic" w:hAnsi="Yu Gothic"/>
          <w:b/>
          <w:highlight w:val="yellow"/>
        </w:rPr>
        <w:t>】</w:t>
      </w:r>
      <w:r w:rsidRPr="001B56FA">
        <w:rPr>
          <w:rFonts w:ascii="Yu Gothic" w:eastAsia="Yu Gothic" w:hAnsi="Yu Gothic" w:hint="eastAsia"/>
          <w:b/>
          <w:sz w:val="20"/>
          <w:szCs w:val="20"/>
        </w:rPr>
        <w:t>例：</w:t>
      </w:r>
      <w:r>
        <w:rPr>
          <w:rFonts w:ascii="Yu Gothic" w:eastAsia="Yu Gothic" w:hAnsi="Yu Gothic" w:hint="eastAsia"/>
          <w:b/>
          <w:sz w:val="20"/>
          <w:szCs w:val="20"/>
        </w:rPr>
        <w:t>現品限り</w:t>
      </w:r>
      <w:r>
        <w:rPr>
          <w:rFonts w:ascii="Yu Gothic" w:eastAsia="Yu Gothic" w:hAnsi="Yu Gothic"/>
          <w:b/>
          <w:sz w:val="20"/>
          <w:szCs w:val="20"/>
        </w:rPr>
        <w:t>(</w:t>
      </w:r>
      <w:r>
        <w:rPr>
          <w:rFonts w:ascii="Apple Color Emoji" w:eastAsia="Yu Gothic" w:hAnsi="Apple Color Emoji" w:cs="Apple Color Emoji" w:hint="eastAsia"/>
          <w:b/>
          <w:sz w:val="20"/>
          <w:szCs w:val="20"/>
        </w:rPr>
        <w:t>◯個</w:t>
      </w:r>
      <w:r>
        <w:rPr>
          <w:rFonts w:ascii="Yu Gothic" w:eastAsia="Yu Gothic" w:hAnsi="Yu Gothic"/>
          <w:b/>
          <w:sz w:val="20"/>
          <w:szCs w:val="20"/>
        </w:rPr>
        <w:t>)</w:t>
      </w:r>
      <w:r>
        <w:rPr>
          <w:rFonts w:ascii="Yu Gothic" w:eastAsia="Yu Gothic" w:hAnsi="Yu Gothic" w:hint="eastAsia"/>
          <w:b/>
          <w:sz w:val="20"/>
          <w:szCs w:val="20"/>
        </w:rPr>
        <w:t>、定期的に発生</w:t>
      </w:r>
      <w:r>
        <w:rPr>
          <w:rFonts w:ascii="Yu Gothic" w:eastAsia="Yu Gothic" w:hAnsi="Yu Gothic"/>
          <w:b/>
          <w:sz w:val="20"/>
          <w:szCs w:val="20"/>
        </w:rPr>
        <w:t>(</w:t>
      </w:r>
      <w:r>
        <w:rPr>
          <w:rFonts w:ascii="Yu Gothic" w:eastAsia="Yu Gothic" w:hAnsi="Yu Gothic" w:hint="eastAsia"/>
          <w:b/>
          <w:sz w:val="20"/>
          <w:szCs w:val="20"/>
        </w:rPr>
        <w:t>月◯◯</w:t>
      </w:r>
      <w:r>
        <w:rPr>
          <w:rFonts w:ascii="Yu Gothic" w:eastAsia="Yu Gothic" w:hAnsi="Yu Gothic"/>
          <w:b/>
          <w:sz w:val="20"/>
          <w:szCs w:val="20"/>
        </w:rPr>
        <w:t>kg</w:t>
      </w:r>
      <w:r>
        <w:rPr>
          <w:rFonts w:ascii="Yu Gothic" w:eastAsia="Yu Gothic" w:hAnsi="Yu Gothic" w:hint="eastAsia"/>
          <w:b/>
          <w:sz w:val="20"/>
          <w:szCs w:val="20"/>
        </w:rPr>
        <w:t>目安</w:t>
      </w:r>
      <w:r>
        <w:rPr>
          <w:rFonts w:ascii="Yu Gothic" w:eastAsia="Yu Gothic" w:hAnsi="Yu Gothic"/>
          <w:b/>
          <w:sz w:val="20"/>
          <w:szCs w:val="20"/>
        </w:rPr>
        <w:t>)</w:t>
      </w:r>
    </w:p>
    <w:tbl>
      <w:tblPr>
        <w:tblW w:w="0" w:type="auto"/>
        <w:tblLook w:val="04A0" w:firstRow="1" w:lastRow="0" w:firstColumn="1" w:lastColumn="0" w:noHBand="0" w:noVBand="1"/>
      </w:tblPr>
      <w:tblGrid>
        <w:gridCol w:w="8640"/>
      </w:tblGrid>
      <w:tr w:rsidR="00456991" w:rsidRPr="005E7053" w14:paraId="72D97BE9" w14:textId="77777777" w:rsidTr="00E02749">
        <w:tc>
          <w:tcPr>
            <w:tcW w:w="8640" w:type="dxa"/>
          </w:tcPr>
          <w:p w14:paraId="4F9F9E6A" w14:textId="77777777" w:rsidR="00456991" w:rsidRDefault="00456991" w:rsidP="00E02749">
            <w:pPr>
              <w:rPr>
                <w:rFonts w:ascii="Yu Gothic" w:eastAsia="Yu Gothic" w:hAnsi="Yu Gothic"/>
              </w:rPr>
            </w:pPr>
          </w:p>
          <w:p w14:paraId="1F11398C" w14:textId="77777777" w:rsidR="004E23D0" w:rsidRPr="005E7053" w:rsidRDefault="004E23D0" w:rsidP="00E02749">
            <w:pPr>
              <w:rPr>
                <w:rFonts w:ascii="Yu Gothic" w:eastAsia="Yu Gothic" w:hAnsi="Yu Gothic"/>
              </w:rPr>
            </w:pPr>
          </w:p>
        </w:tc>
      </w:tr>
    </w:tbl>
    <w:p w14:paraId="64E9ECBA" w14:textId="77777777" w:rsidR="00456991" w:rsidRDefault="00456991" w:rsidP="00437639">
      <w:pPr>
        <w:rPr>
          <w:rFonts w:ascii="Yu Gothic" w:eastAsia="Yu Gothic" w:hAnsi="Yu Gothic"/>
          <w:b/>
        </w:rPr>
      </w:pPr>
    </w:p>
    <w:p w14:paraId="4F049003" w14:textId="77777777" w:rsidR="001E71C6" w:rsidRDefault="001E71C6">
      <w:pPr>
        <w:spacing w:after="200" w:line="276" w:lineRule="auto"/>
        <w:rPr>
          <w:rFonts w:ascii="Yu Gothic" w:eastAsia="Yu Gothic" w:hAnsi="Yu Gothic"/>
          <w:b/>
          <w:highlight w:val="yellow"/>
        </w:rPr>
      </w:pPr>
      <w:r>
        <w:rPr>
          <w:rFonts w:ascii="Yu Gothic" w:eastAsia="Yu Gothic" w:hAnsi="Yu Gothic"/>
          <w:b/>
          <w:highlight w:val="yellow"/>
        </w:rPr>
        <w:br w:type="page"/>
      </w:r>
    </w:p>
    <w:p w14:paraId="2E01A5FE" w14:textId="3B5535FA" w:rsidR="0033233D" w:rsidRDefault="0033233D" w:rsidP="0033233D">
      <w:pPr>
        <w:rPr>
          <w:rFonts w:ascii="Yu Gothic" w:eastAsia="Yu Gothic" w:hAnsi="Yu Gothic"/>
          <w:b/>
          <w:sz w:val="20"/>
          <w:szCs w:val="20"/>
        </w:rPr>
      </w:pPr>
      <w:r w:rsidRPr="001E71C6">
        <w:rPr>
          <w:rFonts w:ascii="Yu Gothic" w:eastAsia="Yu Gothic" w:hAnsi="Yu Gothic"/>
          <w:b/>
          <w:highlight w:val="yellow"/>
        </w:rPr>
        <w:lastRenderedPageBreak/>
        <w:t>【</w:t>
      </w:r>
      <w:r w:rsidRPr="001E71C6">
        <w:rPr>
          <w:rFonts w:ascii="Yu Gothic" w:eastAsia="Yu Gothic" w:hAnsi="Yu Gothic" w:hint="eastAsia"/>
          <w:b/>
          <w:highlight w:val="yellow"/>
        </w:rPr>
        <w:t>は</w:t>
      </w:r>
      <w:proofErr w:type="gramStart"/>
      <w:r w:rsidRPr="001E71C6">
        <w:rPr>
          <w:rFonts w:ascii="Yu Gothic" w:eastAsia="Yu Gothic" w:hAnsi="Yu Gothic" w:hint="eastAsia"/>
          <w:b/>
          <w:highlight w:val="yellow"/>
        </w:rPr>
        <w:t>ざいの</w:t>
      </w:r>
      <w:proofErr w:type="gramEnd"/>
      <w:r w:rsidRPr="001E71C6">
        <w:rPr>
          <w:rFonts w:ascii="Yu Gothic" w:eastAsia="Yu Gothic" w:hAnsi="Yu Gothic" w:hint="eastAsia"/>
          <w:b/>
          <w:highlight w:val="yellow"/>
        </w:rPr>
        <w:t>取扱注意事項</w:t>
      </w:r>
      <w:r w:rsidR="001E71C6">
        <w:rPr>
          <w:rFonts w:ascii="Yu Gothic" w:eastAsia="Yu Gothic" w:hAnsi="Yu Gothic" w:hint="eastAsia"/>
          <w:b/>
          <w:highlight w:val="yellow"/>
        </w:rPr>
        <w:t xml:space="preserve">　</w:t>
      </w:r>
      <w:r w:rsidR="001E71C6"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p>
    <w:p w14:paraId="1049DBF1" w14:textId="77777777" w:rsidR="0033233D" w:rsidRDefault="0033233D" w:rsidP="0033233D">
      <w:pPr>
        <w:rPr>
          <w:rFonts w:ascii="Yu Gothic" w:eastAsia="Yu Gothic" w:hAnsi="Yu Gothic"/>
          <w:b/>
          <w:sz w:val="20"/>
          <w:szCs w:val="20"/>
        </w:rPr>
      </w:pPr>
      <w:r>
        <w:rPr>
          <w:rFonts w:ascii="Yu Gothic" w:eastAsia="Yu Gothic" w:hAnsi="Yu Gothic" w:hint="eastAsia"/>
          <w:b/>
          <w:sz w:val="20"/>
          <w:szCs w:val="20"/>
        </w:rPr>
        <w:t>品質のばらつきや安全性、加工状態についての注意事項を記載してください。</w:t>
      </w:r>
    </w:p>
    <w:p w14:paraId="7C8757C8" w14:textId="77777777" w:rsidR="0033233D" w:rsidRPr="00607B7B" w:rsidRDefault="0033233D" w:rsidP="0033233D">
      <w:pPr>
        <w:rPr>
          <w:rFonts w:ascii="Yu Gothic" w:eastAsia="Yu Gothic" w:hAnsi="Yu Gothic"/>
        </w:rPr>
      </w:pPr>
      <w:r>
        <w:rPr>
          <w:rFonts w:ascii="Yu Gothic" w:eastAsia="Yu Gothic" w:hAnsi="Yu Gothic" w:hint="eastAsia"/>
          <w:b/>
          <w:sz w:val="20"/>
          <w:szCs w:val="20"/>
        </w:rPr>
        <w:t>購入する方が商品状態を把握できるよう、できるだけ詳しく記載をお願いいたします！</w:t>
      </w:r>
      <w:r>
        <w:rPr>
          <w:rFonts w:ascii="Yu Gothic" w:eastAsia="Yu Gothic" w:hAnsi="Yu Gothic" w:hint="eastAsia"/>
          <w:b/>
          <w:sz w:val="20"/>
          <w:szCs w:val="20"/>
        </w:rPr>
        <w:br/>
      </w:r>
      <w:r w:rsidRPr="00B80877">
        <w:rPr>
          <w:rFonts w:ascii="Yu Gothic" w:eastAsia="Yu Gothic" w:hAnsi="Yu Gothic" w:hint="eastAsia"/>
          <w:b/>
          <w:sz w:val="20"/>
          <w:szCs w:val="20"/>
        </w:rPr>
        <w:t>（例：</w:t>
      </w:r>
      <w:r>
        <w:rPr>
          <w:rFonts w:ascii="Yu Gothic" w:eastAsia="Yu Gothic" w:hAnsi="Yu Gothic" w:hint="eastAsia"/>
          <w:b/>
          <w:sz w:val="20"/>
          <w:szCs w:val="20"/>
        </w:rPr>
        <w:t>大きさにばらつきがあります／色ムラあり／防腐剤は使用しておりません　など</w:t>
      </w:r>
      <w:r w:rsidRPr="00B80877">
        <w:rPr>
          <w:rFonts w:ascii="Yu Gothic" w:eastAsia="Yu Gothic" w:hAnsi="Yu Gothic" w:hint="eastAsia"/>
          <w:b/>
          <w:sz w:val="20"/>
          <w:szCs w:val="20"/>
        </w:rPr>
        <w:t>）</w:t>
      </w:r>
    </w:p>
    <w:tbl>
      <w:tblPr>
        <w:tblW w:w="0" w:type="auto"/>
        <w:tblLook w:val="04A0" w:firstRow="1" w:lastRow="0" w:firstColumn="1" w:lastColumn="0" w:noHBand="0" w:noVBand="1"/>
      </w:tblPr>
      <w:tblGrid>
        <w:gridCol w:w="8640"/>
      </w:tblGrid>
      <w:tr w:rsidR="0033233D" w:rsidRPr="005E7053" w14:paraId="15C2DAC6" w14:textId="77777777" w:rsidTr="00E0175F">
        <w:trPr>
          <w:trHeight w:val="2232"/>
        </w:trPr>
        <w:tc>
          <w:tcPr>
            <w:tcW w:w="8640" w:type="dxa"/>
          </w:tcPr>
          <w:p w14:paraId="6F3F8C70" w14:textId="77777777" w:rsidR="0033233D" w:rsidRDefault="0033233D" w:rsidP="00E0175F">
            <w:pPr>
              <w:rPr>
                <w:rFonts w:ascii="Yu Gothic" w:eastAsia="Yu Gothic" w:hAnsi="Yu Gothic"/>
              </w:rPr>
            </w:pPr>
          </w:p>
          <w:p w14:paraId="73FB9D65" w14:textId="77777777" w:rsidR="0033233D" w:rsidRDefault="0033233D" w:rsidP="00E0175F">
            <w:pPr>
              <w:rPr>
                <w:rFonts w:ascii="Yu Gothic" w:eastAsia="Yu Gothic" w:hAnsi="Yu Gothic"/>
              </w:rPr>
            </w:pPr>
          </w:p>
          <w:p w14:paraId="3FFE95F9" w14:textId="77777777" w:rsidR="0033233D" w:rsidRDefault="0033233D" w:rsidP="00E0175F">
            <w:pPr>
              <w:rPr>
                <w:rFonts w:ascii="Yu Gothic" w:eastAsia="Yu Gothic" w:hAnsi="Yu Gothic"/>
              </w:rPr>
            </w:pPr>
          </w:p>
          <w:p w14:paraId="497A966C" w14:textId="77777777" w:rsidR="001E71C6" w:rsidRDefault="001E71C6" w:rsidP="00E0175F">
            <w:pPr>
              <w:rPr>
                <w:rFonts w:ascii="Yu Gothic" w:eastAsia="Yu Gothic" w:hAnsi="Yu Gothic"/>
              </w:rPr>
            </w:pPr>
          </w:p>
          <w:p w14:paraId="16D21D83" w14:textId="77777777" w:rsidR="001E71C6" w:rsidRPr="005E7053" w:rsidRDefault="001E71C6" w:rsidP="00E0175F">
            <w:pPr>
              <w:rPr>
                <w:rFonts w:ascii="Yu Gothic" w:eastAsia="Yu Gothic" w:hAnsi="Yu Gothic"/>
              </w:rPr>
            </w:pPr>
          </w:p>
        </w:tc>
      </w:tr>
    </w:tbl>
    <w:p w14:paraId="00A0AECF" w14:textId="77777777" w:rsidR="0033233D" w:rsidRDefault="0033233D" w:rsidP="0033233D">
      <w:pPr>
        <w:pStyle w:val="Web"/>
        <w:spacing w:before="0" w:beforeAutospacing="0" w:after="0" w:afterAutospacing="0"/>
        <w:rPr>
          <w:rFonts w:ascii="Yu Gothic" w:eastAsia="Yu Gothic" w:hAnsi="Yu Gothic" w:hint="eastAsia"/>
          <w:b/>
          <w:bCs/>
          <w:color w:val="E36C0A" w:themeColor="accent6" w:themeShade="BF"/>
          <w:sz w:val="28"/>
          <w:szCs w:val="28"/>
        </w:rPr>
      </w:pPr>
    </w:p>
    <w:p w14:paraId="6DB81BEB" w14:textId="77777777" w:rsidR="001E71C6" w:rsidRPr="001E71C6" w:rsidRDefault="001E71C6" w:rsidP="001E71C6">
      <w:pPr>
        <w:spacing w:after="200" w:line="276" w:lineRule="auto"/>
        <w:rPr>
          <w:rFonts w:ascii="Yu Gothic" w:eastAsia="Yu Gothic" w:hAnsi="Yu Gothic"/>
        </w:rPr>
      </w:pPr>
      <w:r w:rsidRPr="008D20F5">
        <w:rPr>
          <w:b/>
          <w:bCs/>
          <w:color w:val="E36C0A" w:themeColor="accent6" w:themeShade="BF"/>
          <w:sz w:val="28"/>
          <w:szCs w:val="28"/>
        </w:rPr>
        <w:t>商品画像</w:t>
      </w:r>
      <w:r>
        <w:rPr>
          <w:rFonts w:hint="eastAsia"/>
          <w:b/>
          <w:bCs/>
          <w:color w:val="E36C0A" w:themeColor="accent6" w:themeShade="BF"/>
          <w:sz w:val="28"/>
          <w:szCs w:val="28"/>
        </w:rPr>
        <w:t xml:space="preserve">　</w:t>
      </w:r>
      <w:r w:rsidRPr="00406093">
        <w:rPr>
          <w:rFonts w:ascii="Yu Gothic" w:eastAsia="Yu Gothic" w:hAnsi="Yu Gothic"/>
          <w:b/>
          <w:color w:val="EE0000"/>
          <w:sz w:val="21"/>
          <w:szCs w:val="21"/>
        </w:rPr>
        <w:t>※必須</w:t>
      </w:r>
    </w:p>
    <w:p w14:paraId="4B13F929" w14:textId="77777777" w:rsidR="001E71C6" w:rsidRDefault="001E71C6" w:rsidP="001E71C6">
      <w:pPr>
        <w:pStyle w:val="Web"/>
        <w:spacing w:before="0" w:beforeAutospacing="0" w:after="0" w:afterAutospacing="0"/>
        <w:rPr>
          <w:rFonts w:ascii="Yu Gothic" w:eastAsia="Yu Gothic" w:hAnsi="Yu Gothic"/>
          <w:b/>
          <w:bCs/>
          <w:sz w:val="18"/>
          <w:szCs w:val="18"/>
        </w:rPr>
      </w:pPr>
      <w:r w:rsidRPr="00C972E5">
        <w:rPr>
          <w:rFonts w:ascii="Yu Gothic" w:eastAsia="Yu Gothic" w:hAnsi="Yu Gothic"/>
          <w:b/>
          <w:bCs/>
          <w:sz w:val="18"/>
          <w:szCs w:val="18"/>
        </w:rPr>
        <w:t>スマートフォン等で撮影した商品写真を</w:t>
      </w:r>
      <w:r>
        <w:rPr>
          <w:rFonts w:ascii="Yu Gothic" w:eastAsia="Yu Gothic" w:hAnsi="Yu Gothic" w:hint="eastAsia"/>
          <w:b/>
          <w:bCs/>
          <w:sz w:val="18"/>
          <w:szCs w:val="18"/>
        </w:rPr>
        <w:t>こちらに貼り付けまたは</w:t>
      </w:r>
      <w:r w:rsidRPr="00C972E5">
        <w:rPr>
          <w:rFonts w:ascii="Yu Gothic" w:eastAsia="Yu Gothic" w:hAnsi="Yu Gothic"/>
          <w:b/>
          <w:bCs/>
          <w:sz w:val="18"/>
          <w:szCs w:val="18"/>
        </w:rPr>
        <w:t>別途メール</w:t>
      </w:r>
      <w:r>
        <w:rPr>
          <w:rFonts w:ascii="Yu Gothic" w:eastAsia="Yu Gothic" w:hAnsi="Yu Gothic" w:hint="eastAsia"/>
          <w:b/>
          <w:bCs/>
          <w:sz w:val="18"/>
          <w:szCs w:val="18"/>
        </w:rPr>
        <w:t>にて</w:t>
      </w:r>
      <w:r w:rsidRPr="00C972E5">
        <w:rPr>
          <w:rFonts w:ascii="Yu Gothic" w:eastAsia="Yu Gothic" w:hAnsi="Yu Gothic"/>
          <w:b/>
          <w:bCs/>
          <w:sz w:val="18"/>
          <w:szCs w:val="18"/>
        </w:rPr>
        <w:t>ご送付ください。</w:t>
      </w:r>
    </w:p>
    <w:p w14:paraId="61EF5E8D" w14:textId="584A7E39" w:rsidR="001E71C6" w:rsidRDefault="001E71C6" w:rsidP="001E71C6">
      <w:pPr>
        <w:pStyle w:val="Web"/>
        <w:spacing w:before="0" w:beforeAutospacing="0" w:after="0" w:afterAutospacing="0"/>
        <w:rPr>
          <w:rFonts w:ascii="Yu Gothic" w:eastAsia="Yu Gothic" w:hAnsi="Yu Gothic"/>
          <w:b/>
          <w:bCs/>
          <w:color w:val="E36C0A" w:themeColor="accent6" w:themeShade="BF"/>
          <w:sz w:val="28"/>
          <w:szCs w:val="28"/>
        </w:rPr>
      </w:pPr>
      <w:r>
        <w:rPr>
          <w:rFonts w:ascii="Yu Gothic" w:eastAsia="Yu Gothic" w:hAnsi="Yu Gothic" w:hint="eastAsia"/>
          <w:b/>
          <w:bCs/>
          <w:sz w:val="18"/>
          <w:szCs w:val="18"/>
        </w:rPr>
        <w:t>購入される方のイメージがしやすいと、売り上げアップにつながります！</w:t>
      </w:r>
    </w:p>
    <w:p w14:paraId="6938BC34" w14:textId="77777777" w:rsidR="001E71C6" w:rsidRDefault="001E71C6" w:rsidP="001E71C6">
      <w:pPr>
        <w:rPr>
          <w:rFonts w:ascii="Yu Gothic" w:eastAsia="Yu Gothic" w:hAnsi="Yu Gothic"/>
        </w:rPr>
      </w:pPr>
    </w:p>
    <w:p w14:paraId="4099052F" w14:textId="77777777" w:rsidR="001E71C6" w:rsidRDefault="001E71C6" w:rsidP="001E71C6">
      <w:pPr>
        <w:rPr>
          <w:rFonts w:ascii="Yu Gothic" w:eastAsia="Yu Gothic" w:hAnsi="Yu Gothic"/>
        </w:rPr>
      </w:pPr>
    </w:p>
    <w:p w14:paraId="4968C44D" w14:textId="77777777" w:rsidR="001E71C6" w:rsidRDefault="001E71C6" w:rsidP="001E71C6">
      <w:pPr>
        <w:rPr>
          <w:rFonts w:ascii="Apple Color Emoji" w:eastAsia="Yu Gothic" w:hAnsi="Apple Color Emoji" w:cs="Apple Color Emoji"/>
          <w:b/>
          <w:bCs/>
          <w:sz w:val="21"/>
          <w:szCs w:val="21"/>
        </w:rPr>
      </w:pPr>
      <w:r>
        <w:rPr>
          <w:noProof/>
        </w:rPr>
        <mc:AlternateContent>
          <mc:Choice Requires="wps">
            <w:drawing>
              <wp:anchor distT="0" distB="0" distL="114300" distR="114300" simplePos="0" relativeHeight="251664384" behindDoc="0" locked="0" layoutInCell="1" allowOverlap="1" wp14:anchorId="551C09E6" wp14:editId="2FB4993E">
                <wp:simplePos x="0" y="0"/>
                <wp:positionH relativeFrom="column">
                  <wp:posOffset>2986405</wp:posOffset>
                </wp:positionH>
                <wp:positionV relativeFrom="paragraph">
                  <wp:posOffset>2317115</wp:posOffset>
                </wp:positionV>
                <wp:extent cx="2723515" cy="560070"/>
                <wp:effectExtent l="0" t="0" r="0" b="0"/>
                <wp:wrapThrough wrapText="bothSides">
                  <wp:wrapPolygon edited="0">
                    <wp:start x="0" y="0"/>
                    <wp:lineTo x="0" y="21061"/>
                    <wp:lineTo x="21454" y="21061"/>
                    <wp:lineTo x="21454" y="0"/>
                    <wp:lineTo x="0" y="0"/>
                  </wp:wrapPolygon>
                </wp:wrapThrough>
                <wp:docPr id="145147781" name="テキスト ボックス 5"/>
                <wp:cNvGraphicFramePr/>
                <a:graphic xmlns:a="http://schemas.openxmlformats.org/drawingml/2006/main">
                  <a:graphicData uri="http://schemas.microsoft.com/office/word/2010/wordprocessingShape">
                    <wps:wsp>
                      <wps:cNvSpPr txBox="1"/>
                      <wps:spPr>
                        <a:xfrm>
                          <a:off x="0" y="0"/>
                          <a:ext cx="2723515" cy="560070"/>
                        </a:xfrm>
                        <a:prstGeom prst="rect">
                          <a:avLst/>
                        </a:prstGeom>
                        <a:solidFill>
                          <a:schemeClr val="lt1"/>
                        </a:solidFill>
                        <a:ln w="6350">
                          <a:noFill/>
                        </a:ln>
                      </wps:spPr>
                      <wps:txbx>
                        <w:txbxContent>
                          <w:p w14:paraId="6508E86E" w14:textId="77777777" w:rsidR="001E71C6" w:rsidRDefault="001E71C6" w:rsidP="001E71C6">
                            <w:pPr>
                              <w:rPr>
                                <w:rFonts w:ascii="Yu Gothic" w:eastAsia="Yu Gothic" w:hAnsi="Yu Gothic"/>
                                <w:b/>
                                <w:bCs/>
                                <w:sz w:val="18"/>
                                <w:szCs w:val="18"/>
                              </w:rPr>
                            </w:pPr>
                            <w:r w:rsidRPr="00C972E5">
                              <w:rPr>
                                <w:rFonts w:ascii="Yu Gothic" w:eastAsia="Yu Gothic" w:hAnsi="Yu Gothic" w:cs="Times New Roman"/>
                                <w:b/>
                                <w:bCs/>
                                <w:sz w:val="18"/>
                                <w:szCs w:val="18"/>
                              </w:rPr>
                              <w:t>□</w:t>
                            </w:r>
                            <w:r>
                              <w:rPr>
                                <w:rFonts w:ascii="Yu Gothic" w:eastAsia="Yu Gothic" w:hAnsi="Yu Gothic" w:hint="eastAsia"/>
                                <w:b/>
                                <w:bCs/>
                                <w:sz w:val="18"/>
                                <w:szCs w:val="18"/>
                              </w:rPr>
                              <w:t>発送時に使う梱包資材に入れた写真</w:t>
                            </w:r>
                          </w:p>
                          <w:p w14:paraId="21C9BE52" w14:textId="77777777" w:rsidR="001E71C6" w:rsidRDefault="001E71C6" w:rsidP="001E71C6">
                            <w:r>
                              <w:rPr>
                                <w:rFonts w:ascii="Yu Gothic" w:eastAsia="Yu Gothic" w:hAnsi="Yu Gothic" w:hint="eastAsia"/>
                                <w:b/>
                                <w:bCs/>
                                <w:sz w:val="18"/>
                                <w:szCs w:val="18"/>
                              </w:rPr>
                              <w:t>（スケール等大きさがわかるものも一緒に撮ってくださると嬉しいです！）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1C09E6" id="_x0000_t202" coordsize="21600,21600" o:spt="202" path="m,l,21600r21600,l21600,xe">
                <v:stroke joinstyle="miter"/>
                <v:path gradientshapeok="t" o:connecttype="rect"/>
              </v:shapetype>
              <v:shape id="テキスト ボックス 5" o:spid="_x0000_s1026" type="#_x0000_t202" style="position:absolute;margin-left:235.15pt;margin-top:182.45pt;width:214.45pt;height:4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" fillcolor="white [3201]" stroked="f" strokeweight=".5pt">
                <v:textbox>
                  <w:txbxContent>
                    <w:p w14:paraId="6508E86E" w14:textId="77777777" w:rsidR="001E71C6" w:rsidRDefault="001E71C6" w:rsidP="001E71C6">
                      <w:pPr>
                        <w:rPr>
                          <w:rFonts w:ascii="Yu Gothic" w:eastAsia="Yu Gothic" w:hAnsi="Yu Gothic"/>
                          <w:b/>
                          <w:bCs/>
                          <w:sz w:val="18"/>
                          <w:szCs w:val="18"/>
                        </w:rPr>
                      </w:pPr>
                      <w:r w:rsidRPr="00C972E5">
                        <w:rPr>
                          <w:rFonts w:ascii="Yu Gothic" w:eastAsia="Yu Gothic" w:hAnsi="Yu Gothic" w:cs="Times New Roman"/>
                          <w:b/>
                          <w:bCs/>
                          <w:sz w:val="18"/>
                          <w:szCs w:val="18"/>
                        </w:rPr>
                        <w:t>□</w:t>
                      </w:r>
                      <w:r>
                        <w:rPr>
                          <w:rFonts w:ascii="Yu Gothic" w:eastAsia="Yu Gothic" w:hAnsi="Yu Gothic" w:hint="eastAsia"/>
                          <w:b/>
                          <w:bCs/>
                          <w:sz w:val="18"/>
                          <w:szCs w:val="18"/>
                        </w:rPr>
                        <w:t>発送時に使う梱包資材に入れた写真</w:t>
                      </w:r>
                    </w:p>
                    <w:p w14:paraId="21C9BE52" w14:textId="77777777" w:rsidR="001E71C6" w:rsidRDefault="001E71C6" w:rsidP="001E71C6">
                      <w:r>
                        <w:rPr>
                          <w:rFonts w:ascii="Yu Gothic" w:eastAsia="Yu Gothic" w:hAnsi="Yu Gothic" w:hint="eastAsia"/>
                          <w:b/>
                          <w:bCs/>
                          <w:sz w:val="18"/>
                          <w:szCs w:val="18"/>
                        </w:rPr>
                        <w:t>（スケール等大きさがわかるものも一緒に撮ってくださると嬉しいです！）</w:t>
                      </w:r>
                    </w:p>
                  </w:txbxContent>
                </v:textbox>
                <w10:wrap type="through"/>
              </v:shape>
            </w:pict>
          </mc:Fallback>
        </mc:AlternateContent>
      </w:r>
      <w:r>
        <w:rPr>
          <w:noProof/>
        </w:rPr>
        <w:drawing>
          <wp:anchor distT="0" distB="0" distL="114300" distR="114300" simplePos="0" relativeHeight="251661312" behindDoc="0" locked="0" layoutInCell="1" allowOverlap="1" wp14:anchorId="3E67AD73" wp14:editId="2A75EB05">
            <wp:simplePos x="0" y="0"/>
            <wp:positionH relativeFrom="column">
              <wp:posOffset>19050</wp:posOffset>
            </wp:positionH>
            <wp:positionV relativeFrom="paragraph">
              <wp:posOffset>281305</wp:posOffset>
            </wp:positionV>
            <wp:extent cx="2779395" cy="1897380"/>
            <wp:effectExtent l="0" t="0" r="1905" b="0"/>
            <wp:wrapThrough wrapText="bothSides">
              <wp:wrapPolygon edited="0">
                <wp:start x="0" y="0"/>
                <wp:lineTo x="0" y="21398"/>
                <wp:lineTo x="21516" y="21398"/>
                <wp:lineTo x="21516" y="0"/>
                <wp:lineTo x="0" y="0"/>
              </wp:wrapPolygon>
            </wp:wrapThrough>
            <wp:docPr id="158656827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68275" name="図 1586568275"/>
                    <pic:cNvPicPr/>
                  </pic:nvPicPr>
                  <pic:blipFill rotWithShape="1">
                    <a:blip r:embed="rId7" cstate="email">
                      <a:extLst>
                        <a:ext uri="{28A0092B-C50C-407E-A947-70E740481C1C}">
                          <a14:useLocalDpi xmlns:a14="http://schemas.microsoft.com/office/drawing/2010/main"/>
                        </a:ext>
                      </a:extLst>
                    </a:blip>
                    <a:srcRect/>
                    <a:stretch>
                      <a:fillRect/>
                    </a:stretch>
                  </pic:blipFill>
                  <pic:spPr bwMode="auto">
                    <a:xfrm>
                      <a:off x="0" y="0"/>
                      <a:ext cx="2779395" cy="1897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8C5FB48" wp14:editId="2E45B22E">
            <wp:simplePos x="0" y="0"/>
            <wp:positionH relativeFrom="column">
              <wp:posOffset>2936875</wp:posOffset>
            </wp:positionH>
            <wp:positionV relativeFrom="paragraph">
              <wp:posOffset>294005</wp:posOffset>
            </wp:positionV>
            <wp:extent cx="2890520" cy="1884045"/>
            <wp:effectExtent l="0" t="0" r="5080" b="0"/>
            <wp:wrapThrough wrapText="bothSides">
              <wp:wrapPolygon edited="0">
                <wp:start x="21600" y="21600"/>
                <wp:lineTo x="21600" y="197"/>
                <wp:lineTo x="57" y="197"/>
                <wp:lineTo x="57" y="21600"/>
                <wp:lineTo x="21600" y="21600"/>
              </wp:wrapPolygon>
            </wp:wrapThrough>
            <wp:docPr id="2202623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62382" name="図 220262382"/>
                    <pic:cNvPicPr/>
                  </pic:nvPicPr>
                  <pic:blipFill rotWithShape="1">
                    <a:blip r:embed="rId8" cstate="email">
                      <a:extLst>
                        <a:ext uri="{28A0092B-C50C-407E-A947-70E740481C1C}">
                          <a14:useLocalDpi xmlns:a14="http://schemas.microsoft.com/office/drawing/2010/main"/>
                        </a:ext>
                      </a:extLst>
                    </a:blip>
                    <a:srcRect/>
                    <a:stretch>
                      <a:fillRect/>
                    </a:stretch>
                  </pic:blipFill>
                  <pic:spPr bwMode="auto">
                    <a:xfrm rot="10800000">
                      <a:off x="0" y="0"/>
                      <a:ext cx="2890520" cy="1884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972E5">
        <w:rPr>
          <w:rFonts w:ascii="Apple Color Emoji" w:eastAsia="Yu Gothic" w:hAnsi="Apple Color Emoji" w:cs="Apple Color Emoji" w:hint="eastAsia"/>
          <w:b/>
          <w:bCs/>
          <w:sz w:val="21"/>
          <w:szCs w:val="21"/>
        </w:rPr>
        <w:t>◎画像例◎</w:t>
      </w:r>
    </w:p>
    <w:p w14:paraId="533F8AD9" w14:textId="77777777" w:rsidR="001E71C6" w:rsidRDefault="001E71C6" w:rsidP="001E71C6">
      <w:pPr>
        <w:rPr>
          <w:rFonts w:ascii="Yu Gothic" w:eastAsia="Yu Gothic" w:hAnsi="Yu Gothic"/>
          <w:b/>
          <w:bCs/>
          <w:sz w:val="21"/>
          <w:szCs w:val="21"/>
        </w:rPr>
      </w:pPr>
      <w:r>
        <w:rPr>
          <w:noProof/>
        </w:rPr>
        <mc:AlternateContent>
          <mc:Choice Requires="wps">
            <w:drawing>
              <wp:anchor distT="0" distB="0" distL="114300" distR="114300" simplePos="0" relativeHeight="251663360" behindDoc="0" locked="0" layoutInCell="1" allowOverlap="1" wp14:anchorId="42D14AF4" wp14:editId="72354DFA">
                <wp:simplePos x="0" y="0"/>
                <wp:positionH relativeFrom="column">
                  <wp:posOffset>17145</wp:posOffset>
                </wp:positionH>
                <wp:positionV relativeFrom="paragraph">
                  <wp:posOffset>2105025</wp:posOffset>
                </wp:positionV>
                <wp:extent cx="2723515" cy="314325"/>
                <wp:effectExtent l="0" t="0" r="0" b="3175"/>
                <wp:wrapThrough wrapText="bothSides">
                  <wp:wrapPolygon edited="0">
                    <wp:start x="0" y="0"/>
                    <wp:lineTo x="0" y="20945"/>
                    <wp:lineTo x="21454" y="20945"/>
                    <wp:lineTo x="21454" y="0"/>
                    <wp:lineTo x="0" y="0"/>
                  </wp:wrapPolygon>
                </wp:wrapThrough>
                <wp:docPr id="771437661" name="テキスト ボックス 5"/>
                <wp:cNvGraphicFramePr/>
                <a:graphic xmlns:a="http://schemas.openxmlformats.org/drawingml/2006/main">
                  <a:graphicData uri="http://schemas.microsoft.com/office/word/2010/wordprocessingShape">
                    <wps:wsp>
                      <wps:cNvSpPr txBox="1"/>
                      <wps:spPr>
                        <a:xfrm>
                          <a:off x="0" y="0"/>
                          <a:ext cx="2723515" cy="314325"/>
                        </a:xfrm>
                        <a:prstGeom prst="rect">
                          <a:avLst/>
                        </a:prstGeom>
                        <a:solidFill>
                          <a:schemeClr val="lt1"/>
                        </a:solidFill>
                        <a:ln w="6350">
                          <a:noFill/>
                        </a:ln>
                      </wps:spPr>
                      <wps:txbx>
                        <w:txbxContent>
                          <w:p w14:paraId="53971B04" w14:textId="77777777" w:rsidR="001E71C6" w:rsidRDefault="001E71C6" w:rsidP="001E71C6">
                            <w:pPr>
                              <w:pStyle w:val="Web"/>
                              <w:spacing w:before="0" w:beforeAutospacing="0" w:after="0" w:afterAutospacing="0"/>
                              <w:rPr>
                                <w:rFonts w:ascii="Yu Gothic" w:eastAsia="Yu Gothic" w:hAnsi="Yu Gothic"/>
                                <w:b/>
                                <w:bCs/>
                                <w:sz w:val="18"/>
                                <w:szCs w:val="18"/>
                              </w:rPr>
                            </w:pPr>
                            <w:r w:rsidRPr="00C972E5">
                              <w:rPr>
                                <w:rFonts w:ascii="Yu Gothic" w:eastAsia="Yu Gothic" w:hAnsi="Yu Gothic"/>
                                <w:b/>
                                <w:bCs/>
                                <w:sz w:val="18"/>
                                <w:szCs w:val="18"/>
                              </w:rPr>
                              <w:t xml:space="preserve">□ </w:t>
                            </w:r>
                            <w:r>
                              <w:rPr>
                                <w:rFonts w:ascii="Yu Gothic" w:eastAsia="Yu Gothic" w:hAnsi="Yu Gothic" w:hint="eastAsia"/>
                                <w:b/>
                                <w:bCs/>
                                <w:sz w:val="18"/>
                                <w:szCs w:val="18"/>
                              </w:rPr>
                              <w:t>は</w:t>
                            </w:r>
                            <w:proofErr w:type="gramStart"/>
                            <w:r>
                              <w:rPr>
                                <w:rFonts w:ascii="Yu Gothic" w:eastAsia="Yu Gothic" w:hAnsi="Yu Gothic" w:hint="eastAsia"/>
                                <w:b/>
                                <w:bCs/>
                                <w:sz w:val="18"/>
                                <w:szCs w:val="18"/>
                              </w:rPr>
                              <w:t>ざいの</w:t>
                            </w:r>
                            <w:proofErr w:type="gramEnd"/>
                            <w:r>
                              <w:rPr>
                                <w:rFonts w:ascii="Yu Gothic" w:eastAsia="Yu Gothic" w:hAnsi="Yu Gothic" w:hint="eastAsia"/>
                                <w:b/>
                                <w:bCs/>
                                <w:sz w:val="18"/>
                                <w:szCs w:val="18"/>
                              </w:rPr>
                              <w:t>質感やイメージ</w:t>
                            </w:r>
                            <w:r w:rsidRPr="00C972E5">
                              <w:rPr>
                                <w:rFonts w:ascii="Yu Gothic" w:eastAsia="Yu Gothic" w:hAnsi="Yu Gothic"/>
                                <w:b/>
                                <w:bCs/>
                                <w:sz w:val="18"/>
                                <w:szCs w:val="18"/>
                              </w:rPr>
                              <w:t>がわかる写真</w:t>
                            </w:r>
                          </w:p>
                          <w:p w14:paraId="66F45060" w14:textId="77777777" w:rsidR="001E71C6" w:rsidRDefault="001E71C6" w:rsidP="001E71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14AF4" id="_x0000_s1027" type="#_x0000_t202" style="position:absolute;margin-left:1.35pt;margin-top:165.75pt;width:214.4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" fillcolor="white [3201]" stroked="f" strokeweight=".5pt">
                <v:textbox>
                  <w:txbxContent>
                    <w:p w14:paraId="53971B04" w14:textId="77777777" w:rsidR="001E71C6" w:rsidRDefault="001E71C6" w:rsidP="001E71C6">
                      <w:pPr>
                        <w:pStyle w:val="Web"/>
                        <w:spacing w:before="0" w:beforeAutospacing="0" w:after="0" w:afterAutospacing="0"/>
                        <w:rPr>
                          <w:rFonts w:ascii="Yu Gothic" w:eastAsia="Yu Gothic" w:hAnsi="Yu Gothic"/>
                          <w:b/>
                          <w:bCs/>
                          <w:sz w:val="18"/>
                          <w:szCs w:val="18"/>
                        </w:rPr>
                      </w:pPr>
                      <w:r w:rsidRPr="00C972E5">
                        <w:rPr>
                          <w:rFonts w:ascii="Yu Gothic" w:eastAsia="Yu Gothic" w:hAnsi="Yu Gothic"/>
                          <w:b/>
                          <w:bCs/>
                          <w:sz w:val="18"/>
                          <w:szCs w:val="18"/>
                        </w:rPr>
                        <w:t xml:space="preserve">□ </w:t>
                      </w:r>
                      <w:r>
                        <w:rPr>
                          <w:rFonts w:ascii="Yu Gothic" w:eastAsia="Yu Gothic" w:hAnsi="Yu Gothic" w:hint="eastAsia"/>
                          <w:b/>
                          <w:bCs/>
                          <w:sz w:val="18"/>
                          <w:szCs w:val="18"/>
                        </w:rPr>
                        <w:t>は</w:t>
                      </w:r>
                      <w:proofErr w:type="gramStart"/>
                      <w:r>
                        <w:rPr>
                          <w:rFonts w:ascii="Yu Gothic" w:eastAsia="Yu Gothic" w:hAnsi="Yu Gothic" w:hint="eastAsia"/>
                          <w:b/>
                          <w:bCs/>
                          <w:sz w:val="18"/>
                          <w:szCs w:val="18"/>
                        </w:rPr>
                        <w:t>ざいの</w:t>
                      </w:r>
                      <w:proofErr w:type="gramEnd"/>
                      <w:r>
                        <w:rPr>
                          <w:rFonts w:ascii="Yu Gothic" w:eastAsia="Yu Gothic" w:hAnsi="Yu Gothic" w:hint="eastAsia"/>
                          <w:b/>
                          <w:bCs/>
                          <w:sz w:val="18"/>
                          <w:szCs w:val="18"/>
                        </w:rPr>
                        <w:t>質感やイメージ</w:t>
                      </w:r>
                      <w:r w:rsidRPr="00C972E5">
                        <w:rPr>
                          <w:rFonts w:ascii="Yu Gothic" w:eastAsia="Yu Gothic" w:hAnsi="Yu Gothic"/>
                          <w:b/>
                          <w:bCs/>
                          <w:sz w:val="18"/>
                          <w:szCs w:val="18"/>
                        </w:rPr>
                        <w:t>がわかる写真</w:t>
                      </w:r>
                    </w:p>
                    <w:p w14:paraId="66F45060" w14:textId="77777777" w:rsidR="001E71C6" w:rsidRDefault="001E71C6" w:rsidP="001E71C6"/>
                  </w:txbxContent>
                </v:textbox>
                <w10:wrap type="through"/>
              </v:shape>
            </w:pict>
          </mc:Fallback>
        </mc:AlternateContent>
      </w:r>
    </w:p>
    <w:p w14:paraId="47BE8E9C" w14:textId="4DB5529F" w:rsidR="001E71C6" w:rsidRDefault="001E71C6" w:rsidP="001E71C6">
      <w:pPr>
        <w:rPr>
          <w:rFonts w:ascii="Yu Gothic" w:eastAsia="Yu Gothic" w:hAnsi="Yu Gothic"/>
          <w:b/>
          <w:bCs/>
          <w:sz w:val="21"/>
          <w:szCs w:val="21"/>
        </w:rPr>
      </w:pPr>
    </w:p>
    <w:p w14:paraId="7471C019" w14:textId="402F70EF" w:rsidR="001E71C6" w:rsidRPr="001E71C6" w:rsidRDefault="001E71C6" w:rsidP="001E71C6">
      <w:pPr>
        <w:rPr>
          <w:rFonts w:ascii="Yu Gothic" w:eastAsia="Yu Gothic" w:hAnsi="Yu Gothic"/>
          <w:b/>
          <w:bCs/>
          <w:sz w:val="21"/>
          <w:szCs w:val="21"/>
        </w:rPr>
      </w:pPr>
      <w:r>
        <w:rPr>
          <w:noProof/>
        </w:rPr>
        <w:lastRenderedPageBreak/>
        <mc:AlternateContent>
          <mc:Choice Requires="wps">
            <w:drawing>
              <wp:anchor distT="0" distB="0" distL="114300" distR="114300" simplePos="0" relativeHeight="251665408" behindDoc="0" locked="0" layoutInCell="1" allowOverlap="1" wp14:anchorId="01FD59C6" wp14:editId="400740E4">
                <wp:simplePos x="0" y="0"/>
                <wp:positionH relativeFrom="column">
                  <wp:posOffset>3104726</wp:posOffset>
                </wp:positionH>
                <wp:positionV relativeFrom="paragraph">
                  <wp:posOffset>38312</wp:posOffset>
                </wp:positionV>
                <wp:extent cx="2723515" cy="393065"/>
                <wp:effectExtent l="0" t="0" r="5715" b="635"/>
                <wp:wrapThrough wrapText="bothSides">
                  <wp:wrapPolygon edited="0">
                    <wp:start x="0" y="0"/>
                    <wp:lineTo x="0" y="20937"/>
                    <wp:lineTo x="21454" y="20937"/>
                    <wp:lineTo x="21454" y="0"/>
                    <wp:lineTo x="0" y="0"/>
                  </wp:wrapPolygon>
                </wp:wrapThrough>
                <wp:docPr id="1533769594" name="テキスト ボックス 5"/>
                <wp:cNvGraphicFramePr/>
                <a:graphic xmlns:a="http://schemas.openxmlformats.org/drawingml/2006/main">
                  <a:graphicData uri="http://schemas.microsoft.com/office/word/2010/wordprocessingShape">
                    <wps:wsp>
                      <wps:cNvSpPr txBox="1"/>
                      <wps:spPr>
                        <a:xfrm>
                          <a:off x="0" y="0"/>
                          <a:ext cx="2723515" cy="393065"/>
                        </a:xfrm>
                        <a:prstGeom prst="rect">
                          <a:avLst/>
                        </a:prstGeom>
                        <a:solidFill>
                          <a:schemeClr val="lt1"/>
                        </a:solidFill>
                        <a:ln w="6350">
                          <a:noFill/>
                        </a:ln>
                      </wps:spPr>
                      <wps:txbx>
                        <w:txbxContent>
                          <w:p w14:paraId="45BC709B" w14:textId="77777777" w:rsidR="001E71C6" w:rsidRDefault="001E71C6" w:rsidP="001E71C6">
                            <w:r w:rsidRPr="00C972E5">
                              <w:rPr>
                                <w:rFonts w:ascii="Yu Gothic" w:eastAsia="Yu Gothic" w:hAnsi="Yu Gothic" w:cs="Times New Roman"/>
                                <w:b/>
                                <w:bCs/>
                                <w:sz w:val="18"/>
                                <w:szCs w:val="18"/>
                              </w:rPr>
                              <w:t>□</w:t>
                            </w:r>
                            <w:r>
                              <w:rPr>
                                <w:rFonts w:ascii="Yu Gothic" w:eastAsia="Yu Gothic" w:hAnsi="Yu Gothic" w:hint="eastAsia"/>
                                <w:b/>
                                <w:bCs/>
                                <w:sz w:val="18"/>
                                <w:szCs w:val="18"/>
                              </w:rPr>
                              <w:t>傷や色むらがある場合、それがわかるアップの写真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D59C6" id="_x0000_s1028" type="#_x0000_t202" style="position:absolute;margin-left:244.45pt;margin-top:3pt;width:214.45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" fillcolor="white [3201]" stroked="f" strokeweight=".5pt">
                <v:textbox>
                  <w:txbxContent>
                    <w:p w14:paraId="45BC709B" w14:textId="77777777" w:rsidR="001E71C6" w:rsidRDefault="001E71C6" w:rsidP="001E71C6">
                      <w:r w:rsidRPr="00C972E5">
                        <w:rPr>
                          <w:rFonts w:ascii="Yu Gothic" w:eastAsia="Yu Gothic" w:hAnsi="Yu Gothic" w:cs="Times New Roman"/>
                          <w:b/>
                          <w:bCs/>
                          <w:sz w:val="18"/>
                          <w:szCs w:val="18"/>
                        </w:rPr>
                        <w:t>□</w:t>
                      </w:r>
                      <w:r>
                        <w:rPr>
                          <w:rFonts w:ascii="Yu Gothic" w:eastAsia="Yu Gothic" w:hAnsi="Yu Gothic" w:hint="eastAsia"/>
                          <w:b/>
                          <w:bCs/>
                          <w:sz w:val="18"/>
                          <w:szCs w:val="18"/>
                        </w:rPr>
                        <w:t>傷や色むらがある場合、それがわかるアップの写真</w:t>
                      </w:r>
                    </w:p>
                  </w:txbxContent>
                </v:textbox>
                <w10:wrap type="through"/>
              </v:shape>
            </w:pict>
          </mc:Fallback>
        </mc:AlternateContent>
      </w:r>
      <w:r>
        <w:rPr>
          <w:noProof/>
        </w:rPr>
        <w:drawing>
          <wp:anchor distT="0" distB="0" distL="114300" distR="114300" simplePos="0" relativeHeight="251660288" behindDoc="0" locked="0" layoutInCell="1" allowOverlap="1" wp14:anchorId="444F160F" wp14:editId="10882952">
            <wp:simplePos x="0" y="0"/>
            <wp:positionH relativeFrom="column">
              <wp:posOffset>88476</wp:posOffset>
            </wp:positionH>
            <wp:positionV relativeFrom="paragraph">
              <wp:posOffset>0</wp:posOffset>
            </wp:positionV>
            <wp:extent cx="2847975" cy="1880235"/>
            <wp:effectExtent l="0" t="0" r="0" b="0"/>
            <wp:wrapThrough wrapText="bothSides">
              <wp:wrapPolygon edited="0">
                <wp:start x="0" y="0"/>
                <wp:lineTo x="0" y="21447"/>
                <wp:lineTo x="21480" y="21447"/>
                <wp:lineTo x="21480" y="0"/>
                <wp:lineTo x="0" y="0"/>
              </wp:wrapPolygon>
            </wp:wrapThrough>
            <wp:docPr id="101315739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57393" name="図 1013157393"/>
                    <pic:cNvPicPr/>
                  </pic:nvPicPr>
                  <pic:blipFill rotWithShape="1">
                    <a:blip r:embed="rId9" cstate="email">
                      <a:extLst>
                        <a:ext uri="{28A0092B-C50C-407E-A947-70E740481C1C}">
                          <a14:useLocalDpi xmlns:a14="http://schemas.microsoft.com/office/drawing/2010/main"/>
                        </a:ext>
                      </a:extLst>
                    </a:blip>
                    <a:srcRect/>
                    <a:stretch>
                      <a:fillRect/>
                    </a:stretch>
                  </pic:blipFill>
                  <pic:spPr bwMode="auto">
                    <a:xfrm>
                      <a:off x="0" y="0"/>
                      <a:ext cx="284797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E37F95" w14:textId="056171F4" w:rsidR="001E71C6" w:rsidRDefault="001E71C6" w:rsidP="001E71C6">
      <w:pPr>
        <w:rPr>
          <w:rFonts w:ascii="Yu Gothic" w:eastAsia="Yu Gothic" w:hAnsi="Yu Gothic"/>
          <w:b/>
          <w:bCs/>
          <w:sz w:val="22"/>
          <w:szCs w:val="22"/>
        </w:rPr>
      </w:pPr>
    </w:p>
    <w:p w14:paraId="14A264C1" w14:textId="31EE4A01" w:rsidR="001E71C6" w:rsidRDefault="001E71C6" w:rsidP="001E71C6">
      <w:pPr>
        <w:rPr>
          <w:rFonts w:ascii="Yu Gothic" w:eastAsia="Yu Gothic" w:hAnsi="Yu Gothic"/>
          <w:b/>
          <w:bCs/>
          <w:sz w:val="22"/>
          <w:szCs w:val="22"/>
        </w:rPr>
      </w:pPr>
    </w:p>
    <w:p w14:paraId="34FFE9A0" w14:textId="7E0DAE69" w:rsidR="001E71C6" w:rsidRDefault="001E71C6" w:rsidP="001E71C6">
      <w:pPr>
        <w:rPr>
          <w:rFonts w:ascii="Yu Gothic" w:eastAsia="Yu Gothic" w:hAnsi="Yu Gothic"/>
          <w:b/>
          <w:bCs/>
          <w:sz w:val="22"/>
          <w:szCs w:val="22"/>
        </w:rPr>
      </w:pPr>
    </w:p>
    <w:p w14:paraId="58B26ABA" w14:textId="77777777" w:rsidR="001E71C6" w:rsidRDefault="001E71C6" w:rsidP="001E71C6">
      <w:pPr>
        <w:rPr>
          <w:rFonts w:ascii="Yu Gothic" w:eastAsia="Yu Gothic" w:hAnsi="Yu Gothic"/>
          <w:b/>
          <w:bCs/>
          <w:sz w:val="22"/>
          <w:szCs w:val="22"/>
        </w:rPr>
      </w:pPr>
    </w:p>
    <w:p w14:paraId="4FB545F9" w14:textId="77777777" w:rsidR="001E71C6" w:rsidRDefault="001E71C6" w:rsidP="001E71C6">
      <w:pPr>
        <w:rPr>
          <w:rFonts w:ascii="Yu Gothic" w:eastAsia="Yu Gothic" w:hAnsi="Yu Gothic"/>
          <w:b/>
          <w:bCs/>
          <w:sz w:val="22"/>
          <w:szCs w:val="22"/>
        </w:rPr>
      </w:pPr>
    </w:p>
    <w:p w14:paraId="2DD15685" w14:textId="77777777" w:rsidR="001E71C6" w:rsidRDefault="001E71C6" w:rsidP="0033233D">
      <w:pPr>
        <w:pStyle w:val="Web"/>
        <w:spacing w:before="0" w:beforeAutospacing="0" w:after="0" w:afterAutospacing="0"/>
        <w:rPr>
          <w:rFonts w:ascii="Yu Gothic" w:eastAsia="Yu Gothic" w:hAnsi="Yu Gothic" w:hint="eastAsia"/>
          <w:b/>
          <w:bCs/>
          <w:color w:val="E36C0A" w:themeColor="accent6" w:themeShade="BF"/>
          <w:sz w:val="28"/>
          <w:szCs w:val="28"/>
        </w:rPr>
      </w:pPr>
    </w:p>
    <w:p w14:paraId="25C735CA" w14:textId="77777777" w:rsidR="001E71C6" w:rsidRDefault="001E71C6" w:rsidP="001E71C6">
      <w:pPr>
        <w:rPr>
          <w:rFonts w:ascii="Yu Gothic" w:eastAsia="Yu Gothic" w:hAnsi="Yu Gothic"/>
          <w:b/>
          <w:bCs/>
          <w:sz w:val="22"/>
          <w:szCs w:val="22"/>
        </w:rPr>
      </w:pPr>
      <w:r>
        <w:rPr>
          <w:rFonts w:ascii="Yu Gothic" w:eastAsia="Yu Gothic" w:hAnsi="Yu Gothic" w:hint="eastAsia"/>
          <w:b/>
          <w:bCs/>
          <w:sz w:val="22"/>
          <w:szCs w:val="22"/>
        </w:rPr>
        <w:t>▼写真添付</w:t>
      </w:r>
      <w:r w:rsidRPr="00966B20">
        <w:rPr>
          <w:rFonts w:ascii="Yu Gothic" w:eastAsia="Yu Gothic" w:hAnsi="Yu Gothic" w:hint="eastAsia"/>
          <w:b/>
          <w:bCs/>
          <w:sz w:val="22"/>
          <w:szCs w:val="22"/>
        </w:rPr>
        <w:t>欄</w:t>
      </w:r>
    </w:p>
    <w:p w14:paraId="53C47AF1" w14:textId="77777777" w:rsidR="001E71C6" w:rsidRDefault="001E71C6" w:rsidP="0033233D">
      <w:pPr>
        <w:pStyle w:val="Web"/>
        <w:spacing w:before="0" w:beforeAutospacing="0" w:after="0" w:afterAutospacing="0"/>
        <w:rPr>
          <w:rFonts w:ascii="Yu Gothic" w:eastAsia="Yu Gothic" w:hAnsi="Yu Gothic"/>
          <w:b/>
          <w:bCs/>
          <w:color w:val="E36C0A" w:themeColor="accent6" w:themeShade="BF"/>
          <w:sz w:val="28"/>
          <w:szCs w:val="28"/>
        </w:rPr>
      </w:pPr>
    </w:p>
    <w:p w14:paraId="2259F0A1" w14:textId="77777777" w:rsidR="001E71C6" w:rsidRDefault="001E71C6" w:rsidP="0033233D">
      <w:pPr>
        <w:pStyle w:val="Web"/>
        <w:spacing w:before="0" w:beforeAutospacing="0" w:after="0" w:afterAutospacing="0"/>
        <w:rPr>
          <w:rFonts w:ascii="Yu Gothic" w:eastAsia="Yu Gothic" w:hAnsi="Yu Gothic"/>
          <w:b/>
          <w:bCs/>
          <w:color w:val="E36C0A" w:themeColor="accent6" w:themeShade="BF"/>
          <w:sz w:val="28"/>
          <w:szCs w:val="28"/>
        </w:rPr>
      </w:pPr>
    </w:p>
    <w:p w14:paraId="3B7A00DD" w14:textId="77777777" w:rsidR="000433E5" w:rsidRDefault="000433E5" w:rsidP="0033233D">
      <w:pPr>
        <w:pStyle w:val="Web"/>
        <w:spacing w:before="0" w:beforeAutospacing="0" w:after="0" w:afterAutospacing="0"/>
        <w:rPr>
          <w:rFonts w:ascii="Yu Gothic" w:eastAsia="Yu Gothic" w:hAnsi="Yu Gothic"/>
          <w:b/>
          <w:bCs/>
          <w:color w:val="E36C0A" w:themeColor="accent6" w:themeShade="BF"/>
          <w:sz w:val="28"/>
          <w:szCs w:val="28"/>
        </w:rPr>
      </w:pPr>
    </w:p>
    <w:p w14:paraId="1CC904B2" w14:textId="77777777" w:rsidR="000433E5" w:rsidRDefault="000433E5" w:rsidP="0033233D">
      <w:pPr>
        <w:pStyle w:val="Web"/>
        <w:spacing w:before="0" w:beforeAutospacing="0" w:after="0" w:afterAutospacing="0"/>
        <w:rPr>
          <w:rFonts w:ascii="Yu Gothic" w:eastAsia="Yu Gothic" w:hAnsi="Yu Gothic"/>
          <w:b/>
          <w:bCs/>
          <w:color w:val="E36C0A" w:themeColor="accent6" w:themeShade="BF"/>
          <w:sz w:val="28"/>
          <w:szCs w:val="28"/>
        </w:rPr>
      </w:pPr>
    </w:p>
    <w:p w14:paraId="52FA261D" w14:textId="77777777" w:rsidR="000433E5" w:rsidRDefault="000433E5" w:rsidP="0033233D">
      <w:pPr>
        <w:pStyle w:val="Web"/>
        <w:spacing w:before="0" w:beforeAutospacing="0" w:after="0" w:afterAutospacing="0"/>
        <w:rPr>
          <w:rFonts w:ascii="Yu Gothic" w:eastAsia="Yu Gothic" w:hAnsi="Yu Gothic" w:hint="eastAsia"/>
          <w:b/>
          <w:bCs/>
          <w:color w:val="E36C0A" w:themeColor="accent6" w:themeShade="BF"/>
          <w:sz w:val="28"/>
          <w:szCs w:val="28"/>
        </w:rPr>
      </w:pPr>
    </w:p>
    <w:p w14:paraId="1216D888" w14:textId="77777777" w:rsidR="000433E5" w:rsidRDefault="000433E5" w:rsidP="0033233D">
      <w:pPr>
        <w:pStyle w:val="Web"/>
        <w:spacing w:before="0" w:beforeAutospacing="0" w:after="0" w:afterAutospacing="0"/>
        <w:rPr>
          <w:rFonts w:ascii="Yu Gothic" w:eastAsia="Yu Gothic" w:hAnsi="Yu Gothic"/>
          <w:b/>
          <w:bCs/>
          <w:color w:val="E36C0A" w:themeColor="accent6" w:themeShade="BF"/>
          <w:sz w:val="28"/>
          <w:szCs w:val="28"/>
        </w:rPr>
      </w:pPr>
    </w:p>
    <w:p w14:paraId="1C723F29" w14:textId="77777777" w:rsidR="000433E5" w:rsidRDefault="000433E5" w:rsidP="0033233D">
      <w:pPr>
        <w:pStyle w:val="Web"/>
        <w:spacing w:before="0" w:beforeAutospacing="0" w:after="0" w:afterAutospacing="0"/>
        <w:rPr>
          <w:rFonts w:ascii="Yu Gothic" w:eastAsia="Yu Gothic" w:hAnsi="Yu Gothic" w:hint="eastAsia"/>
          <w:b/>
          <w:bCs/>
          <w:color w:val="E36C0A" w:themeColor="accent6" w:themeShade="BF"/>
          <w:sz w:val="28"/>
          <w:szCs w:val="28"/>
        </w:rPr>
      </w:pPr>
    </w:p>
    <w:p w14:paraId="03EEEBCD" w14:textId="6760E49F" w:rsidR="00714B96" w:rsidRPr="0033233D" w:rsidRDefault="0033233D" w:rsidP="000433E5">
      <w:pPr>
        <w:spacing w:after="200" w:line="276" w:lineRule="auto"/>
        <w:rPr>
          <w:rFonts w:ascii="Yu Gothic" w:eastAsia="Yu Gothic" w:hAnsi="Yu Gothic"/>
          <w:b/>
          <w:bCs/>
          <w:color w:val="E36C0A" w:themeColor="accent6" w:themeShade="BF"/>
          <w:sz w:val="28"/>
          <w:szCs w:val="28"/>
        </w:rPr>
      </w:pPr>
      <w:r>
        <w:rPr>
          <w:rFonts w:ascii="Yu Gothic" w:eastAsia="Yu Gothic" w:hAnsi="Yu Gothic" w:hint="eastAsia"/>
          <w:b/>
          <w:bCs/>
          <w:color w:val="E36C0A" w:themeColor="accent6" w:themeShade="BF"/>
          <w:sz w:val="28"/>
          <w:szCs w:val="28"/>
        </w:rPr>
        <w:t>その他</w:t>
      </w:r>
    </w:p>
    <w:p w14:paraId="5AE90E2D" w14:textId="2E514CA7" w:rsidR="00714B96" w:rsidRDefault="00714B96" w:rsidP="00437639">
      <w:pPr>
        <w:rPr>
          <w:rFonts w:ascii="Yu Gothic" w:eastAsia="Yu Gothic" w:hAnsi="Yu Gothic"/>
          <w:b/>
        </w:rPr>
      </w:pPr>
      <w:r w:rsidRPr="005E7053">
        <w:rPr>
          <w:rFonts w:ascii="Yu Gothic" w:eastAsia="Yu Gothic" w:hAnsi="Yu Gothic"/>
          <w:b/>
        </w:rPr>
        <w:t>【</w:t>
      </w:r>
      <w:r>
        <w:rPr>
          <w:rFonts w:ascii="Yu Gothic" w:eastAsia="Yu Gothic" w:hAnsi="Yu Gothic" w:hint="eastAsia"/>
          <w:b/>
        </w:rPr>
        <w:t xml:space="preserve">おすすめの用途　</w:t>
      </w:r>
      <w:r w:rsidR="00966B20" w:rsidRPr="00966B20">
        <w:rPr>
          <w:rFonts w:ascii="Yu Gothic" w:eastAsia="Yu Gothic" w:hAnsi="Yu Gothic"/>
          <w:b/>
          <w:color w:val="000000" w:themeColor="text1"/>
          <w:sz w:val="21"/>
          <w:szCs w:val="21"/>
        </w:rPr>
        <w:t>※</w:t>
      </w:r>
      <w:r w:rsidR="00966B20">
        <w:rPr>
          <w:rFonts w:ascii="Yu Gothic" w:eastAsia="Yu Gothic" w:hAnsi="Yu Gothic" w:hint="eastAsia"/>
          <w:b/>
          <w:color w:val="000000" w:themeColor="text1"/>
          <w:sz w:val="21"/>
          <w:szCs w:val="21"/>
        </w:rPr>
        <w:t>任意</w:t>
      </w:r>
      <w:r w:rsidRPr="005E7053">
        <w:rPr>
          <w:rFonts w:ascii="Yu Gothic" w:eastAsia="Yu Gothic" w:hAnsi="Yu Gothic"/>
          <w:b/>
        </w:rPr>
        <w:t>】</w:t>
      </w:r>
    </w:p>
    <w:p w14:paraId="4FB223E2" w14:textId="09759E93" w:rsidR="00966B20" w:rsidRPr="005E7053" w:rsidRDefault="00966B20" w:rsidP="00966B20">
      <w:pPr>
        <w:rPr>
          <w:rFonts w:ascii="Yu Gothic" w:eastAsia="Yu Gothic" w:hAnsi="Yu Gothic"/>
        </w:rPr>
      </w:pPr>
      <w:r w:rsidRPr="00B80877">
        <w:rPr>
          <w:rFonts w:ascii="Yu Gothic" w:eastAsia="Yu Gothic" w:hAnsi="Yu Gothic" w:hint="eastAsia"/>
          <w:b/>
          <w:sz w:val="20"/>
          <w:szCs w:val="20"/>
        </w:rPr>
        <w:t>（</w:t>
      </w:r>
      <w:r>
        <w:rPr>
          <w:rFonts w:ascii="Yu Gothic" w:eastAsia="Yu Gothic" w:hAnsi="Yu Gothic" w:hint="eastAsia"/>
          <w:b/>
          <w:sz w:val="20"/>
          <w:szCs w:val="20"/>
        </w:rPr>
        <w:t>は</w:t>
      </w:r>
      <w:proofErr w:type="gramStart"/>
      <w:r>
        <w:rPr>
          <w:rFonts w:ascii="Yu Gothic" w:eastAsia="Yu Gothic" w:hAnsi="Yu Gothic" w:hint="eastAsia"/>
          <w:b/>
          <w:sz w:val="20"/>
          <w:szCs w:val="20"/>
        </w:rPr>
        <w:t>ざいを</w:t>
      </w:r>
      <w:proofErr w:type="gramEnd"/>
      <w:r>
        <w:rPr>
          <w:rFonts w:ascii="Yu Gothic" w:eastAsia="Yu Gothic" w:hAnsi="Yu Gothic" w:hint="eastAsia"/>
          <w:b/>
          <w:sz w:val="20"/>
          <w:szCs w:val="20"/>
        </w:rPr>
        <w:t>使ったアイディア、活用している事例があればご記載ください！</w:t>
      </w:r>
      <w:r w:rsidRPr="00731B7F">
        <w:rPr>
          <w:rFonts w:ascii="Yu Gothic" w:eastAsia="Yu Gothic" w:hAnsi="Yu Gothic" w:hint="eastAsia"/>
          <w:b/>
          <w:sz w:val="20"/>
          <w:szCs w:val="20"/>
        </w:rPr>
        <w:t>）</w:t>
      </w:r>
    </w:p>
    <w:tbl>
      <w:tblPr>
        <w:tblW w:w="0" w:type="auto"/>
        <w:tblLook w:val="04A0" w:firstRow="1" w:lastRow="0" w:firstColumn="1" w:lastColumn="0" w:noHBand="0" w:noVBand="1"/>
      </w:tblPr>
      <w:tblGrid>
        <w:gridCol w:w="8640"/>
      </w:tblGrid>
      <w:tr w:rsidR="00714B96" w:rsidRPr="005E7053" w14:paraId="718EF423" w14:textId="77777777" w:rsidTr="00966B20">
        <w:trPr>
          <w:trHeight w:val="1495"/>
        </w:trPr>
        <w:tc>
          <w:tcPr>
            <w:tcW w:w="8640" w:type="dxa"/>
          </w:tcPr>
          <w:p w14:paraId="155511BB" w14:textId="77777777" w:rsidR="00714B96" w:rsidRPr="00966B20" w:rsidRDefault="00714B96" w:rsidP="00437639">
            <w:pPr>
              <w:rPr>
                <w:rFonts w:ascii="Yu Gothic" w:eastAsia="Yu Gothic" w:hAnsi="Yu Gothic"/>
              </w:rPr>
            </w:pPr>
          </w:p>
          <w:p w14:paraId="7B95FFF5" w14:textId="77777777" w:rsidR="00714B96" w:rsidRDefault="00714B96" w:rsidP="00437639">
            <w:pPr>
              <w:rPr>
                <w:rFonts w:ascii="Yu Gothic" w:eastAsia="Yu Gothic" w:hAnsi="Yu Gothic"/>
              </w:rPr>
            </w:pPr>
          </w:p>
          <w:p w14:paraId="44894FB7" w14:textId="77777777" w:rsidR="00714B96" w:rsidRDefault="00714B96" w:rsidP="00437639">
            <w:pPr>
              <w:rPr>
                <w:rFonts w:ascii="Yu Gothic" w:eastAsia="Yu Gothic" w:hAnsi="Yu Gothic"/>
              </w:rPr>
            </w:pPr>
          </w:p>
          <w:p w14:paraId="62C4071B" w14:textId="77777777" w:rsidR="00714B96" w:rsidRDefault="00714B96" w:rsidP="00437639">
            <w:pPr>
              <w:rPr>
                <w:rFonts w:ascii="Yu Gothic" w:eastAsia="Yu Gothic" w:hAnsi="Yu Gothic"/>
              </w:rPr>
            </w:pPr>
          </w:p>
          <w:p w14:paraId="155178AB" w14:textId="77777777" w:rsidR="00714B96" w:rsidRPr="005E7053" w:rsidRDefault="00714B96" w:rsidP="00437639">
            <w:pPr>
              <w:rPr>
                <w:rFonts w:ascii="Yu Gothic" w:eastAsia="Yu Gothic" w:hAnsi="Yu Gothic"/>
              </w:rPr>
            </w:pPr>
          </w:p>
        </w:tc>
      </w:tr>
    </w:tbl>
    <w:p w14:paraId="79696232" w14:textId="77777777" w:rsidR="00714B96" w:rsidRDefault="00714B96" w:rsidP="00437639">
      <w:pPr>
        <w:rPr>
          <w:rFonts w:ascii="Yu Gothic" w:eastAsia="Yu Gothic" w:hAnsi="Yu Gothic"/>
        </w:rPr>
      </w:pPr>
    </w:p>
    <w:p w14:paraId="4C70283A" w14:textId="59762EED" w:rsidR="00966B20" w:rsidRPr="00966B20" w:rsidRDefault="00950937" w:rsidP="00437639">
      <w:pPr>
        <w:rPr>
          <w:rFonts w:ascii="Yu Gothic" w:eastAsia="Yu Gothic" w:hAnsi="Yu Gothic"/>
          <w:b/>
          <w:bCs/>
          <w:sz w:val="22"/>
          <w:szCs w:val="22"/>
        </w:rPr>
      </w:pPr>
      <w:r>
        <w:rPr>
          <w:rFonts w:ascii="Yu Gothic" w:eastAsia="Yu Gothic" w:hAnsi="Yu Gothic" w:hint="eastAsia"/>
          <w:b/>
          <w:bCs/>
          <w:sz w:val="22"/>
          <w:szCs w:val="22"/>
        </w:rPr>
        <w:t>▼</w:t>
      </w:r>
      <w:r w:rsidR="00932C8A">
        <w:rPr>
          <w:rFonts w:ascii="Yu Gothic" w:eastAsia="Yu Gothic" w:hAnsi="Yu Gothic" w:hint="eastAsia"/>
          <w:b/>
          <w:bCs/>
          <w:sz w:val="22"/>
          <w:szCs w:val="22"/>
        </w:rPr>
        <w:t>活用例の写真添付</w:t>
      </w:r>
      <w:r w:rsidR="00966B20" w:rsidRPr="00966B20">
        <w:rPr>
          <w:rFonts w:ascii="Yu Gothic" w:eastAsia="Yu Gothic" w:hAnsi="Yu Gothic" w:hint="eastAsia"/>
          <w:b/>
          <w:bCs/>
          <w:sz w:val="22"/>
          <w:szCs w:val="22"/>
        </w:rPr>
        <w:t>欄</w:t>
      </w:r>
    </w:p>
    <w:p w14:paraId="38384E20" w14:textId="77777777" w:rsidR="002D2787" w:rsidRDefault="002D2787" w:rsidP="00437639">
      <w:pPr>
        <w:rPr>
          <w:rFonts w:ascii="Yu Gothic" w:eastAsia="Yu Gothic" w:hAnsi="Yu Gothic"/>
        </w:rPr>
      </w:pPr>
    </w:p>
    <w:p w14:paraId="078DB7E4" w14:textId="77777777" w:rsidR="00966B20" w:rsidRDefault="00966B20" w:rsidP="00437639">
      <w:pPr>
        <w:rPr>
          <w:rFonts w:ascii="Yu Gothic" w:eastAsia="Yu Gothic" w:hAnsi="Yu Gothic"/>
        </w:rPr>
      </w:pPr>
    </w:p>
    <w:p w14:paraId="08AF08C9" w14:textId="77777777" w:rsidR="00966B20" w:rsidRDefault="00966B20" w:rsidP="00437639">
      <w:pPr>
        <w:rPr>
          <w:rFonts w:ascii="Yu Gothic" w:eastAsia="Yu Gothic" w:hAnsi="Yu Gothic"/>
        </w:rPr>
      </w:pPr>
    </w:p>
    <w:p w14:paraId="47329062" w14:textId="77777777" w:rsidR="004E23D0" w:rsidRDefault="004E23D0" w:rsidP="00437639">
      <w:pPr>
        <w:rPr>
          <w:rFonts w:ascii="Yu Gothic" w:eastAsia="Yu Gothic" w:hAnsi="Yu Gothic"/>
        </w:rPr>
      </w:pPr>
    </w:p>
    <w:p w14:paraId="33C8691F" w14:textId="77777777" w:rsidR="004E23D0" w:rsidRDefault="004E23D0" w:rsidP="00437639">
      <w:pPr>
        <w:rPr>
          <w:rFonts w:ascii="Yu Gothic" w:eastAsia="Yu Gothic" w:hAnsi="Yu Gothic"/>
        </w:rPr>
      </w:pPr>
    </w:p>
    <w:p w14:paraId="7EBAC464" w14:textId="77777777" w:rsidR="004E23D0" w:rsidRDefault="004E23D0" w:rsidP="00437639">
      <w:pPr>
        <w:rPr>
          <w:rFonts w:ascii="Yu Gothic" w:eastAsia="Yu Gothic" w:hAnsi="Yu Gothic"/>
        </w:rPr>
      </w:pPr>
    </w:p>
    <w:p w14:paraId="379C0ABA" w14:textId="77777777" w:rsidR="004E23D0" w:rsidRDefault="004E23D0" w:rsidP="00437639">
      <w:pPr>
        <w:rPr>
          <w:rFonts w:ascii="Yu Gothic" w:eastAsia="Yu Gothic" w:hAnsi="Yu Gothic"/>
        </w:rPr>
      </w:pPr>
    </w:p>
    <w:p w14:paraId="4D73ED55" w14:textId="77777777" w:rsidR="00950937" w:rsidRDefault="00950937" w:rsidP="004D294D">
      <w:pPr>
        <w:rPr>
          <w:rFonts w:ascii="Yu Gothic" w:eastAsia="Yu Gothic" w:hAnsi="Yu Gothic" w:hint="eastAsia"/>
          <w:b/>
          <w:bCs/>
          <w:sz w:val="22"/>
          <w:szCs w:val="22"/>
        </w:rPr>
      </w:pPr>
    </w:p>
    <w:p w14:paraId="3AF7E1A9" w14:textId="43D2279E" w:rsidR="0033233D" w:rsidRDefault="0033233D" w:rsidP="0033233D">
      <w:pPr>
        <w:pStyle w:val="Web"/>
        <w:spacing w:before="0" w:beforeAutospacing="0" w:after="0" w:afterAutospacing="0"/>
        <w:rPr>
          <w:b/>
          <w:bCs/>
          <w:color w:val="E36C0A" w:themeColor="accent6" w:themeShade="BF"/>
          <w:sz w:val="28"/>
          <w:szCs w:val="28"/>
        </w:rPr>
      </w:pPr>
      <w:r>
        <w:rPr>
          <w:rFonts w:hint="eastAsia"/>
          <w:b/>
          <w:bCs/>
          <w:color w:val="E36C0A" w:themeColor="accent6" w:themeShade="BF"/>
          <w:sz w:val="28"/>
          <w:szCs w:val="28"/>
        </w:rPr>
        <w:lastRenderedPageBreak/>
        <w:t xml:space="preserve">工房について　</w:t>
      </w:r>
    </w:p>
    <w:p w14:paraId="1FAA436E" w14:textId="3E1FD75E" w:rsidR="0033233D" w:rsidRDefault="0033233D" w:rsidP="0033233D">
      <w:pPr>
        <w:rPr>
          <w:rFonts w:ascii="Yu Gothic" w:eastAsia="Yu Gothic" w:hAnsi="Yu Gothic"/>
          <w:b/>
        </w:rPr>
      </w:pPr>
      <w:r w:rsidRPr="001E71C6">
        <w:rPr>
          <w:rFonts w:ascii="Yu Gothic" w:eastAsia="Yu Gothic" w:hAnsi="Yu Gothic"/>
          <w:b/>
          <w:highlight w:val="yellow"/>
        </w:rPr>
        <w:t>【</w:t>
      </w:r>
      <w:r w:rsidRPr="001E71C6">
        <w:rPr>
          <w:rFonts w:ascii="Yu Gothic" w:eastAsia="Yu Gothic" w:hAnsi="Yu Gothic" w:hint="eastAsia"/>
          <w:b/>
          <w:highlight w:val="yellow"/>
        </w:rPr>
        <w:t>工房について</w:t>
      </w:r>
      <w:r w:rsidRPr="001E71C6">
        <w:rPr>
          <w:rFonts w:ascii="Yu Gothic" w:eastAsia="Yu Gothic" w:hAnsi="Yu Gothic"/>
          <w:b/>
          <w:highlight w:val="yellow"/>
        </w:rPr>
        <w:t xml:space="preserve">　</w:t>
      </w:r>
      <w:r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p>
    <w:p w14:paraId="61E98935" w14:textId="77777777" w:rsidR="0033233D" w:rsidRDefault="0033233D" w:rsidP="0033233D">
      <w:pPr>
        <w:rPr>
          <w:rFonts w:ascii="Yu Gothic" w:eastAsia="Yu Gothic" w:hAnsi="Yu Gothic"/>
          <w:b/>
          <w:sz w:val="20"/>
          <w:szCs w:val="20"/>
        </w:rPr>
      </w:pPr>
      <w:r>
        <w:rPr>
          <w:rFonts w:ascii="Yu Gothic" w:eastAsia="Yu Gothic" w:hAnsi="Yu Gothic" w:hint="eastAsia"/>
          <w:b/>
          <w:sz w:val="20"/>
          <w:szCs w:val="20"/>
        </w:rPr>
        <w:t>商品ページに掲載させていただきます。簡単なご説明で構いません。</w:t>
      </w:r>
    </w:p>
    <w:p w14:paraId="0F3DC602" w14:textId="77777777" w:rsidR="000433E5" w:rsidRDefault="0033233D" w:rsidP="0033233D">
      <w:pPr>
        <w:rPr>
          <w:rFonts w:ascii="Yu Gothic" w:eastAsia="Yu Gothic" w:hAnsi="Yu Gothic"/>
          <w:b/>
          <w:sz w:val="20"/>
          <w:szCs w:val="20"/>
        </w:rPr>
      </w:pPr>
      <w:r>
        <w:rPr>
          <w:rFonts w:ascii="Yu Gothic" w:eastAsia="Yu Gothic" w:hAnsi="Yu Gothic" w:hint="eastAsia"/>
          <w:b/>
          <w:sz w:val="20"/>
          <w:szCs w:val="20"/>
        </w:rPr>
        <w:t>サイトやSNSのリンクを載せていただいてもOKです！</w:t>
      </w:r>
    </w:p>
    <w:p w14:paraId="6BCFA1F7" w14:textId="14C7DB5A" w:rsidR="000433E5" w:rsidRPr="005E7053" w:rsidRDefault="000433E5" w:rsidP="0033233D">
      <w:pPr>
        <w:rPr>
          <w:rFonts w:ascii="Yu Gothic" w:eastAsia="Yu Gothic" w:hAnsi="Yu Gothic" w:hint="eastAsia"/>
        </w:rPr>
      </w:pPr>
      <w:r>
        <w:rPr>
          <w:rFonts w:ascii="Yu Gothic" w:eastAsia="Yu Gothic" w:hAnsi="Yu Gothic" w:hint="eastAsia"/>
          <w:b/>
          <w:sz w:val="20"/>
          <w:szCs w:val="20"/>
        </w:rPr>
        <w:t>特にご指定がない場合は、サイトなどをもとにこちらで文章を作成させていただきます。</w:t>
      </w:r>
      <w:r w:rsidR="0033233D" w:rsidRPr="005E7053">
        <w:rPr>
          <w:rFonts w:ascii="Yu Gothic" w:eastAsia="Yu Gothic" w:hAnsi="Yu Gothic" w:hint="eastAsia"/>
        </w:rPr>
        <w:t xml:space="preserve"> </w:t>
      </w:r>
    </w:p>
    <w:tbl>
      <w:tblPr>
        <w:tblW w:w="0" w:type="auto"/>
        <w:tblLook w:val="04A0" w:firstRow="1" w:lastRow="0" w:firstColumn="1" w:lastColumn="0" w:noHBand="0" w:noVBand="1"/>
      </w:tblPr>
      <w:tblGrid>
        <w:gridCol w:w="8640"/>
      </w:tblGrid>
      <w:tr w:rsidR="0033233D" w:rsidRPr="005E7053" w14:paraId="32032530" w14:textId="77777777" w:rsidTr="00E0175F">
        <w:trPr>
          <w:trHeight w:val="2694"/>
        </w:trPr>
        <w:tc>
          <w:tcPr>
            <w:tcW w:w="8640" w:type="dxa"/>
          </w:tcPr>
          <w:p w14:paraId="0C2D18C5" w14:textId="77777777" w:rsidR="0033233D" w:rsidRDefault="0033233D" w:rsidP="00E0175F">
            <w:pPr>
              <w:rPr>
                <w:rFonts w:ascii="Yu Gothic" w:eastAsia="Yu Gothic" w:hAnsi="Yu Gothic"/>
              </w:rPr>
            </w:pPr>
          </w:p>
          <w:p w14:paraId="391BF34A" w14:textId="77777777" w:rsidR="0033233D" w:rsidRDefault="0033233D" w:rsidP="00E0175F">
            <w:pPr>
              <w:rPr>
                <w:rFonts w:ascii="Yu Gothic" w:eastAsia="Yu Gothic" w:hAnsi="Yu Gothic"/>
              </w:rPr>
            </w:pPr>
          </w:p>
          <w:p w14:paraId="005140CB" w14:textId="77777777" w:rsidR="0033233D" w:rsidRDefault="0033233D" w:rsidP="00E0175F">
            <w:pPr>
              <w:rPr>
                <w:rFonts w:ascii="Yu Gothic" w:eastAsia="Yu Gothic" w:hAnsi="Yu Gothic"/>
              </w:rPr>
            </w:pPr>
          </w:p>
          <w:p w14:paraId="482F563B" w14:textId="77777777" w:rsidR="0033233D" w:rsidRDefault="0033233D" w:rsidP="00E0175F">
            <w:pPr>
              <w:rPr>
                <w:rFonts w:ascii="Yu Gothic" w:eastAsia="Yu Gothic" w:hAnsi="Yu Gothic"/>
              </w:rPr>
            </w:pPr>
          </w:p>
          <w:p w14:paraId="5B0BEEE6" w14:textId="77777777" w:rsidR="0033233D" w:rsidRDefault="0033233D" w:rsidP="00E0175F">
            <w:pPr>
              <w:rPr>
                <w:rFonts w:ascii="Yu Gothic" w:eastAsia="Yu Gothic" w:hAnsi="Yu Gothic"/>
              </w:rPr>
            </w:pPr>
          </w:p>
          <w:p w14:paraId="73D8D122" w14:textId="77777777" w:rsidR="0033233D" w:rsidRDefault="0033233D" w:rsidP="00E0175F">
            <w:pPr>
              <w:rPr>
                <w:rFonts w:ascii="Yu Gothic" w:eastAsia="Yu Gothic" w:hAnsi="Yu Gothic"/>
              </w:rPr>
            </w:pPr>
          </w:p>
          <w:p w14:paraId="135B71F7" w14:textId="77777777" w:rsidR="0033233D" w:rsidRDefault="0033233D" w:rsidP="00E0175F">
            <w:pPr>
              <w:rPr>
                <w:rFonts w:ascii="Yu Gothic" w:eastAsia="Yu Gothic" w:hAnsi="Yu Gothic"/>
              </w:rPr>
            </w:pPr>
          </w:p>
          <w:p w14:paraId="3F0EB359" w14:textId="77777777" w:rsidR="0033233D" w:rsidRPr="005E7053" w:rsidRDefault="0033233D" w:rsidP="00E0175F">
            <w:pPr>
              <w:rPr>
                <w:rFonts w:ascii="Yu Gothic" w:eastAsia="Yu Gothic" w:hAnsi="Yu Gothic"/>
              </w:rPr>
            </w:pPr>
          </w:p>
        </w:tc>
      </w:tr>
    </w:tbl>
    <w:p w14:paraId="3DB683B2" w14:textId="77777777" w:rsidR="0033233D" w:rsidRDefault="0033233D" w:rsidP="0033233D">
      <w:pPr>
        <w:rPr>
          <w:rFonts w:ascii="Yu Gothic" w:eastAsia="Yu Gothic" w:hAnsi="Yu Gothic"/>
        </w:rPr>
      </w:pPr>
    </w:p>
    <w:p w14:paraId="18EC5605" w14:textId="596B479A" w:rsidR="0033233D" w:rsidRPr="0033233D" w:rsidRDefault="0033233D" w:rsidP="0033233D">
      <w:pPr>
        <w:rPr>
          <w:rFonts w:ascii="Yu Gothic" w:eastAsia="Yu Gothic" w:hAnsi="Yu Gothic"/>
          <w:b/>
        </w:rPr>
      </w:pPr>
      <w:r w:rsidRPr="001E71C6">
        <w:rPr>
          <w:rFonts w:ascii="Yu Gothic" w:eastAsia="Yu Gothic" w:hAnsi="Yu Gothic"/>
          <w:b/>
          <w:highlight w:val="yellow"/>
        </w:rPr>
        <w:t>【</w:t>
      </w:r>
      <w:r w:rsidRPr="001E71C6">
        <w:rPr>
          <w:rFonts w:ascii="Yu Gothic" w:eastAsia="Yu Gothic" w:hAnsi="Yu Gothic" w:hint="eastAsia"/>
          <w:b/>
          <w:highlight w:val="yellow"/>
        </w:rPr>
        <w:t>工房・作業風景のお写真</w:t>
      </w:r>
      <w:r w:rsidRPr="001E71C6">
        <w:rPr>
          <w:rFonts w:ascii="Yu Gothic" w:eastAsia="Yu Gothic" w:hAnsi="Yu Gothic"/>
          <w:b/>
          <w:highlight w:val="yellow"/>
        </w:rPr>
        <w:t xml:space="preserve">　</w:t>
      </w:r>
      <w:r w:rsidRPr="001E71C6">
        <w:rPr>
          <w:rFonts w:ascii="Yu Gothic" w:eastAsia="Yu Gothic" w:hAnsi="Yu Gothic"/>
          <w:b/>
          <w:color w:val="EE0000"/>
          <w:sz w:val="21"/>
          <w:szCs w:val="21"/>
          <w:highlight w:val="yellow"/>
        </w:rPr>
        <w:t>※必須</w:t>
      </w:r>
      <w:r w:rsidRPr="001E71C6">
        <w:rPr>
          <w:rFonts w:ascii="Yu Gothic" w:eastAsia="Yu Gothic" w:hAnsi="Yu Gothic"/>
          <w:b/>
          <w:highlight w:val="yellow"/>
        </w:rPr>
        <w:t>】</w:t>
      </w:r>
    </w:p>
    <w:p w14:paraId="7046BE86" w14:textId="2850896E" w:rsidR="0033233D" w:rsidRPr="000433E5" w:rsidRDefault="0033233D" w:rsidP="0033233D">
      <w:pPr>
        <w:rPr>
          <w:rFonts w:ascii="Yu Gothic" w:eastAsia="Yu Gothic" w:hAnsi="Yu Gothic"/>
          <w:b/>
          <w:bCs/>
          <w:sz w:val="21"/>
          <w:szCs w:val="21"/>
        </w:rPr>
      </w:pPr>
      <w:r w:rsidRPr="000433E5">
        <w:rPr>
          <w:rFonts w:ascii="Yu Gothic" w:eastAsia="Yu Gothic" w:hAnsi="Yu Gothic" w:hint="eastAsia"/>
          <w:b/>
          <w:bCs/>
          <w:sz w:val="21"/>
          <w:szCs w:val="21"/>
        </w:rPr>
        <w:t>工房のご紹介やPRに使用させていただきます。工房の外観や作業風景、看板商品など掲載したい写真がございましたらこちらへ添付してください。</w:t>
      </w:r>
    </w:p>
    <w:p w14:paraId="22F47A98" w14:textId="2EC295DC" w:rsidR="0033233D" w:rsidRPr="000433E5" w:rsidRDefault="0033233D" w:rsidP="0033233D">
      <w:pPr>
        <w:rPr>
          <w:rFonts w:ascii="Yu Gothic" w:eastAsia="Yu Gothic" w:hAnsi="Yu Gothic"/>
          <w:b/>
          <w:bCs/>
          <w:sz w:val="21"/>
          <w:szCs w:val="21"/>
        </w:rPr>
      </w:pPr>
      <w:r w:rsidRPr="000433E5">
        <w:rPr>
          <w:rFonts w:ascii="Yu Gothic" w:eastAsia="Yu Gothic" w:hAnsi="Yu Gothic" w:hint="eastAsia"/>
          <w:b/>
          <w:bCs/>
          <w:sz w:val="21"/>
          <w:szCs w:val="21"/>
        </w:rPr>
        <w:t>特に指定がない場合は、HPなどからは</w:t>
      </w:r>
      <w:proofErr w:type="gramStart"/>
      <w:r w:rsidRPr="000433E5">
        <w:rPr>
          <w:rFonts w:ascii="Yu Gothic" w:eastAsia="Yu Gothic" w:hAnsi="Yu Gothic" w:hint="eastAsia"/>
          <w:b/>
          <w:bCs/>
          <w:sz w:val="21"/>
          <w:szCs w:val="21"/>
        </w:rPr>
        <w:t>ざいの</w:t>
      </w:r>
      <w:proofErr w:type="gramEnd"/>
      <w:r w:rsidRPr="000433E5">
        <w:rPr>
          <w:rFonts w:ascii="Yu Gothic" w:eastAsia="Yu Gothic" w:hAnsi="Yu Gothic" w:hint="eastAsia"/>
          <w:b/>
          <w:bCs/>
          <w:sz w:val="21"/>
          <w:szCs w:val="21"/>
        </w:rPr>
        <w:t>百貨店の方でお写真を選定・使用させていただき、確認させていただきます。</w:t>
      </w:r>
    </w:p>
    <w:p w14:paraId="3531AC0A" w14:textId="77777777" w:rsidR="0033233D" w:rsidRPr="0033233D" w:rsidRDefault="0033233D" w:rsidP="0033233D">
      <w:pPr>
        <w:rPr>
          <w:rFonts w:ascii="Yu Gothic" w:eastAsia="Yu Gothic" w:hAnsi="Yu Gothic"/>
          <w:b/>
          <w:bCs/>
          <w:sz w:val="22"/>
          <w:szCs w:val="22"/>
        </w:rPr>
      </w:pPr>
    </w:p>
    <w:p w14:paraId="008C5DD7" w14:textId="77777777" w:rsidR="0033233D" w:rsidRDefault="0033233D" w:rsidP="0033233D">
      <w:pPr>
        <w:rPr>
          <w:rFonts w:ascii="Yu Gothic" w:eastAsia="Yu Gothic" w:hAnsi="Yu Gothic"/>
          <w:b/>
          <w:bCs/>
          <w:sz w:val="22"/>
          <w:szCs w:val="22"/>
        </w:rPr>
      </w:pPr>
      <w:r>
        <w:rPr>
          <w:rFonts w:ascii="Yu Gothic" w:eastAsia="Yu Gothic" w:hAnsi="Yu Gothic" w:hint="eastAsia"/>
          <w:b/>
          <w:bCs/>
          <w:sz w:val="22"/>
          <w:szCs w:val="22"/>
        </w:rPr>
        <w:t>▼写真添付</w:t>
      </w:r>
      <w:r w:rsidRPr="00966B20">
        <w:rPr>
          <w:rFonts w:ascii="Yu Gothic" w:eastAsia="Yu Gothic" w:hAnsi="Yu Gothic" w:hint="eastAsia"/>
          <w:b/>
          <w:bCs/>
          <w:sz w:val="22"/>
          <w:szCs w:val="22"/>
        </w:rPr>
        <w:t>欄</w:t>
      </w:r>
    </w:p>
    <w:p w14:paraId="225FC035" w14:textId="77777777" w:rsidR="00950937" w:rsidRPr="0033233D" w:rsidRDefault="00950937" w:rsidP="004D294D">
      <w:pPr>
        <w:rPr>
          <w:rFonts w:ascii="Yu Gothic" w:eastAsia="Yu Gothic" w:hAnsi="Yu Gothic"/>
          <w:b/>
          <w:bCs/>
          <w:sz w:val="22"/>
          <w:szCs w:val="22"/>
        </w:rPr>
      </w:pPr>
    </w:p>
    <w:p w14:paraId="7235B159" w14:textId="77777777" w:rsidR="00950937" w:rsidRDefault="00950937" w:rsidP="004D294D">
      <w:pPr>
        <w:rPr>
          <w:rFonts w:ascii="Yu Gothic" w:eastAsia="Yu Gothic" w:hAnsi="Yu Gothic"/>
          <w:b/>
          <w:bCs/>
          <w:sz w:val="22"/>
          <w:szCs w:val="22"/>
        </w:rPr>
      </w:pPr>
    </w:p>
    <w:p w14:paraId="3C56E46A" w14:textId="77777777" w:rsidR="00950937" w:rsidRDefault="00950937" w:rsidP="004D294D">
      <w:pPr>
        <w:rPr>
          <w:rFonts w:ascii="Yu Gothic" w:eastAsia="Yu Gothic" w:hAnsi="Yu Gothic"/>
          <w:b/>
          <w:bCs/>
          <w:sz w:val="22"/>
          <w:szCs w:val="22"/>
        </w:rPr>
      </w:pPr>
    </w:p>
    <w:p w14:paraId="5AFC9822" w14:textId="77777777" w:rsidR="00950937" w:rsidRDefault="00950937" w:rsidP="004D294D">
      <w:pPr>
        <w:rPr>
          <w:rFonts w:ascii="Yu Gothic" w:eastAsia="Yu Gothic" w:hAnsi="Yu Gothic"/>
          <w:b/>
          <w:bCs/>
          <w:sz w:val="22"/>
          <w:szCs w:val="22"/>
        </w:rPr>
      </w:pPr>
    </w:p>
    <w:p w14:paraId="6FA02501" w14:textId="77777777" w:rsidR="00950937" w:rsidRDefault="00950937" w:rsidP="004D294D">
      <w:pPr>
        <w:rPr>
          <w:rFonts w:ascii="Yu Gothic" w:eastAsia="Yu Gothic" w:hAnsi="Yu Gothic"/>
          <w:b/>
          <w:bCs/>
          <w:sz w:val="22"/>
          <w:szCs w:val="22"/>
        </w:rPr>
      </w:pPr>
    </w:p>
    <w:p w14:paraId="5B6800C5" w14:textId="77777777" w:rsidR="00950937" w:rsidRDefault="00950937" w:rsidP="004D294D">
      <w:pPr>
        <w:rPr>
          <w:rFonts w:ascii="Yu Gothic" w:eastAsia="Yu Gothic" w:hAnsi="Yu Gothic"/>
          <w:b/>
          <w:bCs/>
          <w:sz w:val="22"/>
          <w:szCs w:val="22"/>
        </w:rPr>
      </w:pPr>
    </w:p>
    <w:p w14:paraId="51905B73" w14:textId="77777777" w:rsidR="00950937" w:rsidRDefault="00950937" w:rsidP="004D294D">
      <w:pPr>
        <w:rPr>
          <w:rFonts w:ascii="Yu Gothic" w:eastAsia="Yu Gothic" w:hAnsi="Yu Gothic"/>
          <w:b/>
          <w:bCs/>
          <w:sz w:val="22"/>
          <w:szCs w:val="22"/>
        </w:rPr>
      </w:pPr>
    </w:p>
    <w:p w14:paraId="71BEB026" w14:textId="77777777" w:rsidR="00950937" w:rsidRDefault="00950937" w:rsidP="004D294D">
      <w:pPr>
        <w:rPr>
          <w:rFonts w:ascii="Yu Gothic" w:eastAsia="Yu Gothic" w:hAnsi="Yu Gothic"/>
          <w:b/>
          <w:bCs/>
          <w:sz w:val="22"/>
          <w:szCs w:val="22"/>
        </w:rPr>
      </w:pPr>
    </w:p>
    <w:p w14:paraId="232E66C7" w14:textId="77777777" w:rsidR="00950937" w:rsidRDefault="00950937" w:rsidP="004D294D">
      <w:pPr>
        <w:rPr>
          <w:rFonts w:ascii="Yu Gothic" w:eastAsia="Yu Gothic" w:hAnsi="Yu Gothic"/>
          <w:b/>
          <w:bCs/>
          <w:sz w:val="22"/>
          <w:szCs w:val="22"/>
        </w:rPr>
      </w:pPr>
    </w:p>
    <w:p w14:paraId="2DC602D5" w14:textId="77777777" w:rsidR="000433E5" w:rsidRDefault="000433E5" w:rsidP="004D294D">
      <w:pPr>
        <w:rPr>
          <w:rFonts w:ascii="Yu Gothic" w:eastAsia="Yu Gothic" w:hAnsi="Yu Gothic"/>
          <w:b/>
          <w:bCs/>
          <w:sz w:val="22"/>
          <w:szCs w:val="22"/>
        </w:rPr>
      </w:pPr>
    </w:p>
    <w:p w14:paraId="39582941" w14:textId="77777777" w:rsidR="000433E5" w:rsidRDefault="000433E5" w:rsidP="004D294D">
      <w:pPr>
        <w:rPr>
          <w:rFonts w:ascii="Yu Gothic" w:eastAsia="Yu Gothic" w:hAnsi="Yu Gothic" w:hint="eastAsia"/>
        </w:rPr>
      </w:pPr>
    </w:p>
    <w:p w14:paraId="10856DC4" w14:textId="48890B06" w:rsidR="00437639" w:rsidRPr="00950937" w:rsidRDefault="00437639" w:rsidP="00950937">
      <w:pPr>
        <w:spacing w:after="200" w:line="276" w:lineRule="auto"/>
        <w:rPr>
          <w:rFonts w:ascii="Yu Gothic" w:eastAsia="Yu Gothic" w:hAnsi="Yu Gothic"/>
          <w:b/>
          <w:bCs/>
          <w:color w:val="EE0000"/>
          <w:sz w:val="21"/>
          <w:szCs w:val="21"/>
        </w:rPr>
      </w:pPr>
      <w:r w:rsidRPr="00DE6EDD">
        <w:rPr>
          <w:rFonts w:ascii="Yu Gothic" w:eastAsia="Yu Gothic" w:hAnsi="Yu Gothic" w:hint="eastAsia"/>
          <w:b/>
          <w:bCs/>
          <w:color w:val="EE0000"/>
          <w:sz w:val="21"/>
          <w:szCs w:val="21"/>
        </w:rPr>
        <w:t>※</w:t>
      </w:r>
      <w:r>
        <w:rPr>
          <w:rFonts w:ascii="Yu Gothic" w:eastAsia="Yu Gothic" w:hAnsi="Yu Gothic" w:hint="eastAsia"/>
          <w:b/>
          <w:bCs/>
          <w:color w:val="EE0000"/>
          <w:sz w:val="21"/>
          <w:szCs w:val="21"/>
        </w:rPr>
        <w:t>必須項目はすべてご記入の上、は</w:t>
      </w:r>
      <w:proofErr w:type="gramStart"/>
      <w:r>
        <w:rPr>
          <w:rFonts w:ascii="Yu Gothic" w:eastAsia="Yu Gothic" w:hAnsi="Yu Gothic" w:hint="eastAsia"/>
          <w:b/>
          <w:bCs/>
          <w:color w:val="EE0000"/>
          <w:sz w:val="21"/>
          <w:szCs w:val="21"/>
        </w:rPr>
        <w:t>ざいの</w:t>
      </w:r>
      <w:proofErr w:type="gramEnd"/>
      <w:r>
        <w:rPr>
          <w:rFonts w:ascii="Yu Gothic" w:eastAsia="Yu Gothic" w:hAnsi="Yu Gothic" w:hint="eastAsia"/>
          <w:b/>
          <w:bCs/>
          <w:color w:val="EE0000"/>
          <w:sz w:val="21"/>
          <w:szCs w:val="21"/>
        </w:rPr>
        <w:t>百貨店運営事務局メール</w:t>
      </w:r>
      <w:r>
        <w:rPr>
          <w:rFonts w:ascii="Yu Gothic" w:eastAsia="Yu Gothic" w:hAnsi="Yu Gothic"/>
          <w:b/>
          <w:bCs/>
          <w:color w:val="EE0000"/>
          <w:sz w:val="21"/>
          <w:szCs w:val="21"/>
        </w:rPr>
        <w:br/>
      </w:r>
      <w:r w:rsidRPr="00DE6EDD">
        <w:rPr>
          <w:rFonts w:ascii="Yu Gothic" w:eastAsia="Yu Gothic" w:hAnsi="Yu Gothic" w:hint="eastAsia"/>
          <w:b/>
          <w:bCs/>
          <w:color w:val="EE0000"/>
          <w:sz w:val="21"/>
          <w:szCs w:val="21"/>
        </w:rPr>
        <w:t>（</w:t>
      </w:r>
      <w:r>
        <w:rPr>
          <w:rFonts w:ascii="Yu Gothic" w:eastAsia="Yu Gothic" w:hAnsi="Yu Gothic"/>
          <w:b/>
          <w:bCs/>
          <w:color w:val="EE0000"/>
          <w:sz w:val="21"/>
          <w:szCs w:val="21"/>
        </w:rPr>
        <w:t>contact</w:t>
      </w:r>
      <w:r w:rsidRPr="00DE6EDD">
        <w:rPr>
          <w:rFonts w:ascii="Yu Gothic" w:eastAsia="Yu Gothic" w:hAnsi="Yu Gothic"/>
          <w:b/>
          <w:bCs/>
          <w:color w:val="EE0000"/>
          <w:sz w:val="21"/>
          <w:szCs w:val="21"/>
        </w:rPr>
        <w:t>@</w:t>
      </w:r>
      <w:r>
        <w:rPr>
          <w:rFonts w:ascii="Yu Gothic" w:eastAsia="Yu Gothic" w:hAnsi="Yu Gothic"/>
          <w:b/>
          <w:bCs/>
          <w:color w:val="EE0000"/>
          <w:sz w:val="21"/>
          <w:szCs w:val="21"/>
        </w:rPr>
        <w:t>hazai-depart</w:t>
      </w:r>
      <w:r w:rsidRPr="00DE6EDD">
        <w:rPr>
          <w:rFonts w:ascii="Yu Gothic" w:eastAsia="Yu Gothic" w:hAnsi="Yu Gothic"/>
          <w:b/>
          <w:bCs/>
          <w:color w:val="EE0000"/>
          <w:sz w:val="21"/>
          <w:szCs w:val="21"/>
        </w:rPr>
        <w:t>.jp</w:t>
      </w:r>
      <w:r w:rsidRPr="00DE6EDD">
        <w:rPr>
          <w:rFonts w:ascii="Yu Gothic" w:eastAsia="Yu Gothic" w:hAnsi="Yu Gothic" w:hint="eastAsia"/>
          <w:b/>
          <w:bCs/>
          <w:color w:val="EE0000"/>
          <w:sz w:val="21"/>
          <w:szCs w:val="21"/>
        </w:rPr>
        <w:t>）までお送りください</w:t>
      </w:r>
    </w:p>
    <w:p w14:paraId="4475162B" w14:textId="77777777" w:rsidR="00437639" w:rsidRDefault="00437639" w:rsidP="00437639">
      <w:pPr>
        <w:pStyle w:val="aff2"/>
        <w:spacing w:line="240" w:lineRule="atLeast"/>
        <w:ind w:right="442"/>
        <w:contextualSpacing/>
        <w:rPr>
          <w:rFonts w:ascii="Yu Gothic" w:eastAsia="Yu Gothic" w:hAnsi="Yu Gothic"/>
          <w:b/>
          <w:bCs/>
          <w:color w:val="FF0000"/>
          <w:spacing w:val="0"/>
          <w:kern w:val="2"/>
        </w:rPr>
      </w:pPr>
      <w:r w:rsidRPr="00A80847">
        <w:rPr>
          <w:rFonts w:ascii="Yu Gothic" w:eastAsia="Yu Gothic" w:hAnsi="Yu Gothic" w:hint="eastAsia"/>
          <w:b/>
          <w:bCs/>
          <w:color w:val="FF0000"/>
          <w:spacing w:val="0"/>
          <w:kern w:val="2"/>
        </w:rPr>
        <w:t>※</w:t>
      </w:r>
      <w:r>
        <w:rPr>
          <w:rFonts w:ascii="Yu Gothic" w:eastAsia="Yu Gothic" w:hAnsi="Yu Gothic" w:hint="eastAsia"/>
          <w:b/>
          <w:bCs/>
          <w:color w:val="FF0000"/>
          <w:spacing w:val="0"/>
          <w:kern w:val="2"/>
        </w:rPr>
        <w:t>こちらの登録書記載の情報をもとに、販売ページの作成を進めてまいります。</w:t>
      </w:r>
    </w:p>
    <w:p w14:paraId="53094923" w14:textId="4FE8CE37" w:rsidR="00437639" w:rsidRDefault="00437639" w:rsidP="00437639">
      <w:pPr>
        <w:pStyle w:val="aff2"/>
        <w:spacing w:line="240" w:lineRule="atLeast"/>
        <w:ind w:right="442"/>
        <w:contextualSpacing/>
        <w:rPr>
          <w:rFonts w:ascii="Yu Gothic" w:eastAsia="Yu Gothic" w:hAnsi="Yu Gothic"/>
          <w:b/>
          <w:bCs/>
          <w:color w:val="FF0000"/>
          <w:spacing w:val="0"/>
          <w:kern w:val="2"/>
        </w:rPr>
      </w:pPr>
      <w:r>
        <w:rPr>
          <w:rFonts w:ascii="Yu Gothic" w:eastAsia="Yu Gothic" w:hAnsi="Yu Gothic" w:hint="eastAsia"/>
          <w:b/>
          <w:bCs/>
          <w:color w:val="FF0000"/>
          <w:spacing w:val="0"/>
          <w:kern w:val="2"/>
        </w:rPr>
        <w:t>ページ作成にあたり、は</w:t>
      </w:r>
      <w:proofErr w:type="gramStart"/>
      <w:r>
        <w:rPr>
          <w:rFonts w:ascii="Yu Gothic" w:eastAsia="Yu Gothic" w:hAnsi="Yu Gothic" w:hint="eastAsia"/>
          <w:b/>
          <w:bCs/>
          <w:color w:val="FF0000"/>
          <w:spacing w:val="0"/>
          <w:kern w:val="2"/>
        </w:rPr>
        <w:t>ざいの</w:t>
      </w:r>
      <w:proofErr w:type="gramEnd"/>
      <w:r>
        <w:rPr>
          <w:rFonts w:ascii="Yu Gothic" w:eastAsia="Yu Gothic" w:hAnsi="Yu Gothic" w:hint="eastAsia"/>
          <w:b/>
          <w:bCs/>
          <w:color w:val="FF0000"/>
          <w:spacing w:val="0"/>
          <w:kern w:val="2"/>
        </w:rPr>
        <w:t>百貨店より内容を確認させていただくことがございますのでご了承ください</w:t>
      </w:r>
      <w:r w:rsidRPr="00A80847">
        <w:rPr>
          <w:rFonts w:ascii="Yu Gothic" w:eastAsia="Yu Gothic" w:hAnsi="Yu Gothic" w:hint="eastAsia"/>
          <w:b/>
          <w:bCs/>
          <w:color w:val="FF0000"/>
          <w:spacing w:val="0"/>
          <w:kern w:val="2"/>
        </w:rPr>
        <w:t>。</w:t>
      </w:r>
    </w:p>
    <w:p w14:paraId="2647AF77" w14:textId="77777777" w:rsidR="00437639" w:rsidRPr="00240605" w:rsidRDefault="00437639" w:rsidP="00437639">
      <w:pPr>
        <w:pStyle w:val="aff2"/>
        <w:spacing w:line="240" w:lineRule="atLeast"/>
        <w:ind w:right="442"/>
        <w:contextualSpacing/>
        <w:rPr>
          <w:rFonts w:ascii="Yu Gothic" w:eastAsia="Yu Gothic" w:hAnsi="Yu Gothic"/>
          <w:b/>
          <w:bCs/>
          <w:color w:val="FF0000"/>
          <w:spacing w:val="0"/>
          <w:kern w:val="2"/>
        </w:rPr>
      </w:pPr>
    </w:p>
    <w:p w14:paraId="2ED8CB7B" w14:textId="77777777" w:rsidR="00437639" w:rsidRDefault="00437639" w:rsidP="00437639">
      <w:pPr>
        <w:pStyle w:val="af"/>
        <w:spacing w:before="45"/>
        <w:rPr>
          <w:spacing w:val="-1"/>
          <w:lang w:eastAsia="ja-JP"/>
        </w:rPr>
      </w:pPr>
    </w:p>
    <w:p w14:paraId="0A0FF33D" w14:textId="17C9AC04" w:rsidR="00437639" w:rsidRPr="00437639" w:rsidRDefault="00437639" w:rsidP="00437639">
      <w:pPr>
        <w:pStyle w:val="af"/>
        <w:spacing w:before="45"/>
        <w:rPr>
          <w:rFonts w:ascii="Yu Gothic" w:eastAsia="Yu Gothic" w:hAnsi="Yu Gothic"/>
          <w:b/>
          <w:bCs/>
          <w:spacing w:val="-1"/>
          <w:lang w:eastAsia="ja-JP"/>
        </w:rPr>
      </w:pPr>
      <w:r w:rsidRPr="00437639">
        <w:rPr>
          <w:rFonts w:ascii="Yu Gothic" w:eastAsia="Yu Gothic" w:hAnsi="Yu Gothic" w:hint="eastAsia"/>
          <w:b/>
          <w:bCs/>
          <w:spacing w:val="-1"/>
          <w:lang w:eastAsia="ja-JP"/>
        </w:rPr>
        <w:lastRenderedPageBreak/>
        <w:t>【提出先】</w:t>
      </w:r>
    </w:p>
    <w:p w14:paraId="20F31FD6" w14:textId="07DC81C2" w:rsidR="00437639" w:rsidRPr="00437639" w:rsidRDefault="00437639" w:rsidP="00437639">
      <w:pPr>
        <w:pStyle w:val="Default"/>
        <w:rPr>
          <w:rFonts w:ascii="Yu Gothic" w:eastAsia="Yu Gothic" w:hAnsi="Yu Gothic"/>
          <w:b/>
          <w:bCs/>
          <w:sz w:val="21"/>
          <w:szCs w:val="21"/>
        </w:rPr>
      </w:pPr>
      <w:r w:rsidRPr="00437639">
        <w:rPr>
          <w:rFonts w:ascii="Yu Gothic" w:eastAsia="Yu Gothic" w:hAnsi="Yu Gothic" w:hint="eastAsia"/>
          <w:b/>
          <w:bCs/>
          <w:sz w:val="21"/>
          <w:szCs w:val="21"/>
        </w:rPr>
        <w:t>株式会社ニッポン手仕事図鑑（担当：猪俣）</w:t>
      </w:r>
    </w:p>
    <w:p w14:paraId="54A31C67" w14:textId="2A1922D2" w:rsidR="00437639" w:rsidRPr="00437639" w:rsidRDefault="00437639" w:rsidP="00437639">
      <w:pPr>
        <w:rPr>
          <w:rFonts w:ascii="Yu Gothic" w:eastAsia="Yu Gothic" w:hAnsi="Yu Gothic"/>
          <w:b/>
          <w:bCs/>
        </w:rPr>
      </w:pPr>
      <w:r w:rsidRPr="00437639">
        <w:rPr>
          <w:rFonts w:ascii="Yu Gothic" w:eastAsia="Yu Gothic" w:hAnsi="Yu Gothic" w:hint="eastAsia"/>
          <w:b/>
          <w:bCs/>
          <w:spacing w:val="-1"/>
          <w:sz w:val="21"/>
          <w:szCs w:val="21"/>
          <w:lang w:eastAsia="zh-TW"/>
        </w:rPr>
        <w:t>電話：</w:t>
      </w:r>
      <w:r w:rsidRPr="00437639">
        <w:rPr>
          <w:rFonts w:ascii="Yu Gothic" w:eastAsia="Yu Gothic" w:hAnsi="Yu Gothic"/>
          <w:b/>
          <w:bCs/>
          <w:spacing w:val="-1"/>
          <w:sz w:val="21"/>
          <w:szCs w:val="21"/>
          <w:lang w:eastAsia="zh-TW"/>
        </w:rPr>
        <w:t xml:space="preserve">03-6805-3095  </w:t>
      </w:r>
      <w:r w:rsidRPr="00437639">
        <w:rPr>
          <w:rFonts w:ascii="Yu Gothic" w:eastAsia="Yu Gothic" w:hAnsi="Yu Gothic" w:hint="eastAsia"/>
          <w:b/>
          <w:bCs/>
          <w:spacing w:val="-1"/>
          <w:sz w:val="21"/>
          <w:szCs w:val="21"/>
        </w:rPr>
        <w:t>メール</w:t>
      </w:r>
      <w:r w:rsidRPr="00437639">
        <w:rPr>
          <w:rFonts w:ascii="Yu Gothic" w:eastAsia="Yu Gothic" w:hAnsi="Yu Gothic" w:hint="eastAsia"/>
          <w:b/>
          <w:bCs/>
          <w:spacing w:val="-1"/>
          <w:sz w:val="21"/>
          <w:szCs w:val="21"/>
          <w:lang w:eastAsia="zh-TW"/>
        </w:rPr>
        <w:t>：</w:t>
      </w:r>
      <w:hyperlink r:id="rId10" w:history="1">
        <w:r w:rsidRPr="00437639">
          <w:rPr>
            <w:rStyle w:val="aff"/>
            <w:rFonts w:ascii="Yu Gothic" w:eastAsia="Yu Gothic" w:hAnsi="Yu Gothic"/>
            <w:b/>
            <w:bCs/>
            <w:sz w:val="21"/>
            <w:szCs w:val="21"/>
            <w:lang w:eastAsia="zh-TW"/>
          </w:rPr>
          <w:t>contact@hazai-depart.jp</w:t>
        </w:r>
      </w:hyperlink>
    </w:p>
    <w:sectPr w:rsidR="00437639" w:rsidRPr="0043763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021562"/>
    <w:multiLevelType w:val="multilevel"/>
    <w:tmpl w:val="1D7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5D2BBB"/>
    <w:multiLevelType w:val="multilevel"/>
    <w:tmpl w:val="BEE4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D78B7"/>
    <w:multiLevelType w:val="multilevel"/>
    <w:tmpl w:val="94F4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506D3C"/>
    <w:multiLevelType w:val="multilevel"/>
    <w:tmpl w:val="E572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0A056B"/>
    <w:multiLevelType w:val="multilevel"/>
    <w:tmpl w:val="2780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4097734">
    <w:abstractNumId w:val="8"/>
  </w:num>
  <w:num w:numId="2" w16cid:durableId="1193493740">
    <w:abstractNumId w:val="6"/>
  </w:num>
  <w:num w:numId="3" w16cid:durableId="1874923654">
    <w:abstractNumId w:val="5"/>
  </w:num>
  <w:num w:numId="4" w16cid:durableId="1294553970">
    <w:abstractNumId w:val="4"/>
  </w:num>
  <w:num w:numId="5" w16cid:durableId="603348287">
    <w:abstractNumId w:val="7"/>
  </w:num>
  <w:num w:numId="6" w16cid:durableId="1374385385">
    <w:abstractNumId w:val="3"/>
  </w:num>
  <w:num w:numId="7" w16cid:durableId="202258649">
    <w:abstractNumId w:val="2"/>
  </w:num>
  <w:num w:numId="8" w16cid:durableId="1867401420">
    <w:abstractNumId w:val="1"/>
  </w:num>
  <w:num w:numId="9" w16cid:durableId="548613285">
    <w:abstractNumId w:val="0"/>
  </w:num>
  <w:num w:numId="10" w16cid:durableId="525482104">
    <w:abstractNumId w:val="12"/>
  </w:num>
  <w:num w:numId="11" w16cid:durableId="630669999">
    <w:abstractNumId w:val="10"/>
  </w:num>
  <w:num w:numId="12" w16cid:durableId="727729240">
    <w:abstractNumId w:val="9"/>
  </w:num>
  <w:num w:numId="13" w16cid:durableId="1789469596">
    <w:abstractNumId w:val="11"/>
  </w:num>
  <w:num w:numId="14" w16cid:durableId="894513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0DF"/>
    <w:rsid w:val="00034616"/>
    <w:rsid w:val="000433E5"/>
    <w:rsid w:val="0006063C"/>
    <w:rsid w:val="00067819"/>
    <w:rsid w:val="0015074B"/>
    <w:rsid w:val="00185209"/>
    <w:rsid w:val="00186A85"/>
    <w:rsid w:val="001B56FA"/>
    <w:rsid w:val="001D2228"/>
    <w:rsid w:val="001E71C6"/>
    <w:rsid w:val="0029639D"/>
    <w:rsid w:val="002D2787"/>
    <w:rsid w:val="00326F90"/>
    <w:rsid w:val="0033233D"/>
    <w:rsid w:val="003A383D"/>
    <w:rsid w:val="003E7B45"/>
    <w:rsid w:val="00406093"/>
    <w:rsid w:val="00437639"/>
    <w:rsid w:val="00456991"/>
    <w:rsid w:val="00457C21"/>
    <w:rsid w:val="004D294D"/>
    <w:rsid w:val="004E23D0"/>
    <w:rsid w:val="00505A07"/>
    <w:rsid w:val="005E44F3"/>
    <w:rsid w:val="005E7053"/>
    <w:rsid w:val="005F1E9E"/>
    <w:rsid w:val="00607B7B"/>
    <w:rsid w:val="00614F73"/>
    <w:rsid w:val="00665CBF"/>
    <w:rsid w:val="006A5E5A"/>
    <w:rsid w:val="00703D34"/>
    <w:rsid w:val="00714B96"/>
    <w:rsid w:val="00725E05"/>
    <w:rsid w:val="00731B7F"/>
    <w:rsid w:val="007671C3"/>
    <w:rsid w:val="008D20F5"/>
    <w:rsid w:val="00932C8A"/>
    <w:rsid w:val="00950937"/>
    <w:rsid w:val="009559A3"/>
    <w:rsid w:val="00966B20"/>
    <w:rsid w:val="009B2C15"/>
    <w:rsid w:val="009F4DD3"/>
    <w:rsid w:val="00A15FBF"/>
    <w:rsid w:val="00A47E27"/>
    <w:rsid w:val="00AA1D8D"/>
    <w:rsid w:val="00B45173"/>
    <w:rsid w:val="00B47730"/>
    <w:rsid w:val="00B80877"/>
    <w:rsid w:val="00C972E5"/>
    <w:rsid w:val="00CB0664"/>
    <w:rsid w:val="00D04060"/>
    <w:rsid w:val="00DB050E"/>
    <w:rsid w:val="00DE6EDD"/>
    <w:rsid w:val="00E82BD5"/>
    <w:rsid w:val="00F07603"/>
    <w:rsid w:val="00FC693F"/>
    <w:rsid w:val="00FC6D34"/>
    <w:rsid w:val="00FC7F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3F28B36"/>
  <w14:defaultImageDpi w14:val="300"/>
  <w15:docId w15:val="{5C7FAD9C-A9E0-4A42-8F4E-D9415B6D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06093"/>
    <w:pPr>
      <w:spacing w:after="0" w:line="240" w:lineRule="auto"/>
    </w:pPr>
    <w:rPr>
      <w:rFonts w:ascii="ＭＳ Ｐゴシック" w:eastAsia="ＭＳ Ｐゴシック" w:hAnsi="ＭＳ Ｐゴシック" w:cs="ＭＳ Ｐゴシック"/>
      <w:sz w:val="24"/>
      <w:szCs w:val="24"/>
      <w:lang w:eastAsia="ja-JP"/>
    </w:rPr>
  </w:style>
  <w:style w:type="paragraph" w:styleId="1">
    <w:name w:val="heading 1"/>
    <w:basedOn w:val="a1"/>
    <w:next w:val="a1"/>
    <w:link w:val="10"/>
    <w:uiPriority w:val="9"/>
    <w:qFormat/>
    <w:rsid w:val="00FC693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1">
    <w:name w:val="heading 2"/>
    <w:basedOn w:val="a1"/>
    <w:next w:val="a1"/>
    <w:link w:val="22"/>
    <w:uiPriority w:val="9"/>
    <w:unhideWhenUsed/>
    <w:qFormat/>
    <w:rsid w:val="00FC693F"/>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1">
    <w:name w:val="heading 3"/>
    <w:basedOn w:val="a1"/>
    <w:next w:val="a1"/>
    <w:link w:val="32"/>
    <w:uiPriority w:val="9"/>
    <w:unhideWhenUsed/>
    <w:qFormat/>
    <w:rsid w:val="00FC693F"/>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1"/>
    <w:next w:val="a1"/>
    <w:link w:val="40"/>
    <w:uiPriority w:val="9"/>
    <w:semiHidden/>
    <w:unhideWhenUsed/>
    <w:qFormat/>
    <w:rsid w:val="00FC693F"/>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rPr>
      <w:rFonts w:asciiTheme="minorHAnsi" w:eastAsiaTheme="minorEastAsia" w:hAnsiTheme="minorHAnsi" w:cstheme="minorBidi"/>
      <w:sz w:val="22"/>
      <w:szCs w:val="22"/>
      <w:lang w:eastAsia="en-US"/>
    </w:r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rPr>
      <w:rFonts w:asciiTheme="minorHAnsi" w:eastAsiaTheme="minorEastAsia" w:hAnsiTheme="minorHAnsi" w:cstheme="minorBidi"/>
      <w:sz w:val="22"/>
      <w:szCs w:val="22"/>
      <w:lang w:eastAsia="en-US"/>
    </w:r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spacing w:after="200" w:line="276" w:lineRule="auto"/>
      <w:ind w:left="720"/>
      <w:contextualSpacing/>
    </w:pPr>
    <w:rPr>
      <w:rFonts w:asciiTheme="minorHAnsi" w:eastAsiaTheme="minorEastAsia" w:hAnsiTheme="minorHAnsi" w:cstheme="minorBidi"/>
      <w:sz w:val="22"/>
      <w:szCs w:val="22"/>
      <w:lang w:eastAsia="en-US"/>
    </w:rPr>
  </w:style>
  <w:style w:type="paragraph" w:styleId="af">
    <w:name w:val="Body Text"/>
    <w:basedOn w:val="a1"/>
    <w:link w:val="af0"/>
    <w:uiPriority w:val="99"/>
    <w:unhideWhenUsed/>
    <w:rsid w:val="00AA1D8D"/>
    <w:pPr>
      <w:spacing w:after="120" w:line="276" w:lineRule="auto"/>
    </w:pPr>
    <w:rPr>
      <w:rFonts w:asciiTheme="minorHAnsi" w:eastAsiaTheme="minorEastAsia" w:hAnsiTheme="minorHAnsi" w:cstheme="minorBidi"/>
      <w:sz w:val="22"/>
      <w:szCs w:val="22"/>
      <w:lang w:eastAsia="en-US"/>
    </w:r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rPr>
      <w:rFonts w:asciiTheme="minorHAnsi" w:eastAsiaTheme="minorEastAsia" w:hAnsiTheme="minorHAnsi" w:cstheme="minorBidi"/>
      <w:sz w:val="22"/>
      <w:szCs w:val="22"/>
      <w:lang w:eastAsia="en-US"/>
    </w:r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line="276" w:lineRule="auto"/>
    </w:pPr>
    <w:rPr>
      <w:rFonts w:asciiTheme="minorHAnsi" w:eastAsiaTheme="minorEastAsia" w:hAnsiTheme="minorHAnsi" w:cstheme="minorBidi"/>
      <w:sz w:val="16"/>
      <w:szCs w:val="16"/>
      <w:lang w:eastAsia="en-US"/>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spacing w:after="200" w:line="276" w:lineRule="auto"/>
      <w:ind w:left="360" w:hanging="360"/>
      <w:contextualSpacing/>
    </w:pPr>
    <w:rPr>
      <w:rFonts w:asciiTheme="minorHAnsi" w:eastAsiaTheme="minorEastAsia" w:hAnsiTheme="minorHAnsi" w:cstheme="minorBidi"/>
      <w:sz w:val="22"/>
      <w:szCs w:val="22"/>
      <w:lang w:eastAsia="en-US"/>
    </w:rPr>
  </w:style>
  <w:style w:type="paragraph" w:styleId="25">
    <w:name w:val="List 2"/>
    <w:basedOn w:val="a1"/>
    <w:uiPriority w:val="99"/>
    <w:unhideWhenUsed/>
    <w:rsid w:val="00326F90"/>
    <w:pPr>
      <w:spacing w:after="200" w:line="276" w:lineRule="auto"/>
      <w:ind w:left="720" w:hanging="360"/>
      <w:contextualSpacing/>
    </w:pPr>
    <w:rPr>
      <w:rFonts w:asciiTheme="minorHAnsi" w:eastAsiaTheme="minorEastAsia" w:hAnsiTheme="minorHAnsi" w:cstheme="minorBidi"/>
      <w:sz w:val="22"/>
      <w:szCs w:val="22"/>
      <w:lang w:eastAsia="en-US"/>
    </w:rPr>
  </w:style>
  <w:style w:type="paragraph" w:styleId="35">
    <w:name w:val="List 3"/>
    <w:basedOn w:val="a1"/>
    <w:uiPriority w:val="99"/>
    <w:unhideWhenUsed/>
    <w:rsid w:val="00326F90"/>
    <w:pPr>
      <w:spacing w:after="200" w:line="276" w:lineRule="auto"/>
      <w:ind w:left="1080" w:hanging="360"/>
      <w:contextualSpacing/>
    </w:pPr>
    <w:rPr>
      <w:rFonts w:asciiTheme="minorHAnsi" w:eastAsiaTheme="minorEastAsia" w:hAnsiTheme="minorHAnsi" w:cstheme="minorBidi"/>
      <w:sz w:val="22"/>
      <w:szCs w:val="22"/>
      <w:lang w:eastAsia="en-US"/>
    </w:rPr>
  </w:style>
  <w:style w:type="paragraph" w:styleId="a0">
    <w:name w:val="List Bullet"/>
    <w:basedOn w:val="a1"/>
    <w:uiPriority w:val="99"/>
    <w:unhideWhenUsed/>
    <w:rsid w:val="00326F90"/>
    <w:pPr>
      <w:numPr>
        <w:numId w:val="1"/>
      </w:numPr>
      <w:spacing w:after="200" w:line="276" w:lineRule="auto"/>
      <w:contextualSpacing/>
    </w:pPr>
    <w:rPr>
      <w:rFonts w:asciiTheme="minorHAnsi" w:eastAsiaTheme="minorEastAsia" w:hAnsiTheme="minorHAnsi" w:cstheme="minorBidi"/>
      <w:sz w:val="22"/>
      <w:szCs w:val="22"/>
      <w:lang w:eastAsia="en-US"/>
    </w:rPr>
  </w:style>
  <w:style w:type="paragraph" w:styleId="20">
    <w:name w:val="List Bullet 2"/>
    <w:basedOn w:val="a1"/>
    <w:uiPriority w:val="99"/>
    <w:unhideWhenUsed/>
    <w:rsid w:val="00326F90"/>
    <w:pPr>
      <w:numPr>
        <w:numId w:val="2"/>
      </w:numPr>
      <w:spacing w:after="200" w:line="276" w:lineRule="auto"/>
      <w:contextualSpacing/>
    </w:pPr>
    <w:rPr>
      <w:rFonts w:asciiTheme="minorHAnsi" w:eastAsiaTheme="minorEastAsia" w:hAnsiTheme="minorHAnsi" w:cstheme="minorBidi"/>
      <w:sz w:val="22"/>
      <w:szCs w:val="22"/>
      <w:lang w:eastAsia="en-US"/>
    </w:rPr>
  </w:style>
  <w:style w:type="paragraph" w:styleId="30">
    <w:name w:val="List Bullet 3"/>
    <w:basedOn w:val="a1"/>
    <w:uiPriority w:val="99"/>
    <w:unhideWhenUsed/>
    <w:rsid w:val="00326F90"/>
    <w:pPr>
      <w:numPr>
        <w:numId w:val="3"/>
      </w:numPr>
      <w:spacing w:after="200" w:line="276" w:lineRule="auto"/>
      <w:contextualSpacing/>
    </w:pPr>
    <w:rPr>
      <w:rFonts w:asciiTheme="minorHAnsi" w:eastAsiaTheme="minorEastAsia" w:hAnsiTheme="minorHAnsi" w:cstheme="minorBidi"/>
      <w:sz w:val="22"/>
      <w:szCs w:val="22"/>
      <w:lang w:eastAsia="en-US"/>
    </w:rPr>
  </w:style>
  <w:style w:type="paragraph" w:styleId="a">
    <w:name w:val="List Number"/>
    <w:basedOn w:val="a1"/>
    <w:uiPriority w:val="99"/>
    <w:unhideWhenUsed/>
    <w:rsid w:val="00326F90"/>
    <w:pPr>
      <w:numPr>
        <w:numId w:val="5"/>
      </w:numPr>
      <w:spacing w:after="200" w:line="276" w:lineRule="auto"/>
      <w:contextualSpacing/>
    </w:pPr>
    <w:rPr>
      <w:rFonts w:asciiTheme="minorHAnsi" w:eastAsiaTheme="minorEastAsia" w:hAnsiTheme="minorHAnsi" w:cstheme="minorBidi"/>
      <w:sz w:val="22"/>
      <w:szCs w:val="22"/>
      <w:lang w:eastAsia="en-US"/>
    </w:rPr>
  </w:style>
  <w:style w:type="paragraph" w:styleId="2">
    <w:name w:val="List Number 2"/>
    <w:basedOn w:val="a1"/>
    <w:uiPriority w:val="99"/>
    <w:unhideWhenUsed/>
    <w:rsid w:val="0029639D"/>
    <w:pPr>
      <w:numPr>
        <w:numId w:val="6"/>
      </w:numPr>
      <w:spacing w:after="200" w:line="276" w:lineRule="auto"/>
      <w:contextualSpacing/>
    </w:pPr>
    <w:rPr>
      <w:rFonts w:asciiTheme="minorHAnsi" w:eastAsiaTheme="minorEastAsia" w:hAnsiTheme="minorHAnsi" w:cstheme="minorBidi"/>
      <w:sz w:val="22"/>
      <w:szCs w:val="22"/>
      <w:lang w:eastAsia="en-US"/>
    </w:rPr>
  </w:style>
  <w:style w:type="paragraph" w:styleId="3">
    <w:name w:val="List Number 3"/>
    <w:basedOn w:val="a1"/>
    <w:uiPriority w:val="99"/>
    <w:unhideWhenUsed/>
    <w:rsid w:val="0029639D"/>
    <w:pPr>
      <w:numPr>
        <w:numId w:val="7"/>
      </w:numPr>
      <w:spacing w:after="200" w:line="276" w:lineRule="auto"/>
      <w:contextualSpacing/>
    </w:pPr>
    <w:rPr>
      <w:rFonts w:asciiTheme="minorHAnsi" w:eastAsiaTheme="minorEastAsia" w:hAnsiTheme="minorHAnsi" w:cstheme="minorBidi"/>
      <w:sz w:val="22"/>
      <w:szCs w:val="22"/>
      <w:lang w:eastAsia="en-US"/>
    </w:rPr>
  </w:style>
  <w:style w:type="paragraph" w:styleId="af2">
    <w:name w:val="List Continue"/>
    <w:basedOn w:val="a1"/>
    <w:uiPriority w:val="99"/>
    <w:unhideWhenUsed/>
    <w:rsid w:val="0029639D"/>
    <w:pPr>
      <w:spacing w:after="120" w:line="276" w:lineRule="auto"/>
      <w:ind w:left="360"/>
      <w:contextualSpacing/>
    </w:pPr>
    <w:rPr>
      <w:rFonts w:asciiTheme="minorHAnsi" w:eastAsiaTheme="minorEastAsia" w:hAnsiTheme="minorHAnsi" w:cstheme="minorBidi"/>
      <w:sz w:val="22"/>
      <w:szCs w:val="22"/>
      <w:lang w:eastAsia="en-US"/>
    </w:rPr>
  </w:style>
  <w:style w:type="paragraph" w:styleId="26">
    <w:name w:val="List Continue 2"/>
    <w:basedOn w:val="a1"/>
    <w:uiPriority w:val="99"/>
    <w:unhideWhenUsed/>
    <w:rsid w:val="0029639D"/>
    <w:pPr>
      <w:spacing w:after="120" w:line="276" w:lineRule="auto"/>
      <w:ind w:left="720"/>
      <w:contextualSpacing/>
    </w:pPr>
    <w:rPr>
      <w:rFonts w:asciiTheme="minorHAnsi" w:eastAsiaTheme="minorEastAsia" w:hAnsiTheme="minorHAnsi" w:cstheme="minorBidi"/>
      <w:sz w:val="22"/>
      <w:szCs w:val="22"/>
      <w:lang w:eastAsia="en-US"/>
    </w:rPr>
  </w:style>
  <w:style w:type="paragraph" w:styleId="36">
    <w:name w:val="List Continue 3"/>
    <w:basedOn w:val="a1"/>
    <w:uiPriority w:val="99"/>
    <w:unhideWhenUsed/>
    <w:rsid w:val="0029639D"/>
    <w:pPr>
      <w:spacing w:after="120" w:line="276" w:lineRule="auto"/>
      <w:ind w:left="1080"/>
      <w:contextualSpacing/>
    </w:pPr>
    <w:rPr>
      <w:rFonts w:asciiTheme="minorHAnsi" w:eastAsiaTheme="minorEastAsia" w:hAnsiTheme="minorHAnsi" w:cstheme="minorBidi"/>
      <w:sz w:val="22"/>
      <w:szCs w:val="22"/>
      <w:lang w:eastAsia="en-US"/>
    </w:r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pPr>
      <w:spacing w:after="200" w:line="276" w:lineRule="auto"/>
    </w:pPr>
    <w:rPr>
      <w:rFonts w:asciiTheme="minorHAnsi" w:eastAsiaTheme="minorEastAsia" w:hAnsiTheme="minorHAnsi" w:cstheme="minorBidi"/>
      <w:i/>
      <w:iCs/>
      <w:color w:val="000000" w:themeColor="text1"/>
      <w:sz w:val="22"/>
      <w:szCs w:val="22"/>
      <w:lang w:eastAsia="en-US"/>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en-US"/>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5E7053"/>
    <w:rPr>
      <w:color w:val="0000FF" w:themeColor="hyperlink"/>
      <w:u w:val="single"/>
    </w:rPr>
  </w:style>
  <w:style w:type="character" w:styleId="aff0">
    <w:name w:val="Unresolved Mention"/>
    <w:basedOn w:val="a2"/>
    <w:uiPriority w:val="99"/>
    <w:semiHidden/>
    <w:unhideWhenUsed/>
    <w:rsid w:val="005E7053"/>
    <w:rPr>
      <w:color w:val="605E5C"/>
      <w:shd w:val="clear" w:color="auto" w:fill="E1DFDD"/>
    </w:rPr>
  </w:style>
  <w:style w:type="character" w:styleId="aff1">
    <w:name w:val="FollowedHyperlink"/>
    <w:basedOn w:val="a2"/>
    <w:uiPriority w:val="99"/>
    <w:semiHidden/>
    <w:unhideWhenUsed/>
    <w:rsid w:val="005E7053"/>
    <w:rPr>
      <w:color w:val="800080" w:themeColor="followedHyperlink"/>
      <w:u w:val="single"/>
    </w:rPr>
  </w:style>
  <w:style w:type="paragraph" w:customStyle="1" w:styleId="aff2">
    <w:name w:val="一太郎８/９"/>
    <w:rsid w:val="00437639"/>
    <w:pPr>
      <w:widowControl w:val="0"/>
      <w:wordWrap w:val="0"/>
      <w:autoSpaceDE w:val="0"/>
      <w:autoSpaceDN w:val="0"/>
      <w:adjustRightInd w:val="0"/>
      <w:spacing w:after="0" w:line="337" w:lineRule="atLeast"/>
      <w:jc w:val="both"/>
    </w:pPr>
    <w:rPr>
      <w:rFonts w:ascii="Times New Roman" w:eastAsia="ＭＳ 明朝" w:hAnsi="Times New Roman" w:cs="Times New Roman"/>
      <w:spacing w:val="-39"/>
      <w:lang w:eastAsia="ja-JP"/>
    </w:rPr>
  </w:style>
  <w:style w:type="paragraph" w:customStyle="1" w:styleId="Default">
    <w:name w:val="Default"/>
    <w:rsid w:val="00437639"/>
    <w:pPr>
      <w:widowControl w:val="0"/>
      <w:autoSpaceDE w:val="0"/>
      <w:autoSpaceDN w:val="0"/>
      <w:adjustRightInd w:val="0"/>
      <w:spacing w:after="0" w:line="240" w:lineRule="auto"/>
    </w:pPr>
    <w:rPr>
      <w:rFonts w:ascii="ＭＳ 明朝" w:eastAsia="ＭＳ 明朝" w:cs="ＭＳ 明朝"/>
      <w:color w:val="000000"/>
      <w:sz w:val="24"/>
      <w:szCs w:val="24"/>
      <w:lang w:eastAsia="ja-JP"/>
    </w:rPr>
  </w:style>
  <w:style w:type="paragraph" w:styleId="Web">
    <w:name w:val="Normal (Web)"/>
    <w:basedOn w:val="a1"/>
    <w:uiPriority w:val="99"/>
    <w:unhideWhenUsed/>
    <w:rsid w:val="000010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695328">
      <w:bodyDiv w:val="1"/>
      <w:marLeft w:val="0"/>
      <w:marRight w:val="0"/>
      <w:marTop w:val="0"/>
      <w:marBottom w:val="0"/>
      <w:divBdr>
        <w:top w:val="none" w:sz="0" w:space="0" w:color="auto"/>
        <w:left w:val="none" w:sz="0" w:space="0" w:color="auto"/>
        <w:bottom w:val="none" w:sz="0" w:space="0" w:color="auto"/>
        <w:right w:val="none" w:sz="0" w:space="0" w:color="auto"/>
      </w:divBdr>
    </w:div>
    <w:div w:id="20484822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ntact@hazai-depart.jp"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6</Pages>
  <Words>688</Words>
  <Characters>1027</Characters>
  <Application>Microsoft Office Word</Application>
  <DocSecurity>0</DocSecurity>
  <Lines>64</Lines>
  <Paragraphs>57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猪俣 和奏</cp:lastModifiedBy>
  <cp:revision>27</cp:revision>
  <dcterms:created xsi:type="dcterms:W3CDTF">2026-06-15T06:57:00Z</dcterms:created>
  <dcterms:modified xsi:type="dcterms:W3CDTF">2026-09-03T10:00:00Z</dcterms:modified>
  <cp:category/>
</cp:coreProperties>
</file>