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4ED418" w14:textId="77777777" w:rsidR="005E7053" w:rsidRPr="005E7053" w:rsidRDefault="005E7053" w:rsidP="005E7053">
      <w:pPr>
        <w:ind w:firstLineChars="650" w:firstLine="1430"/>
        <w:rPr>
          <w:rFonts w:ascii="Yu Gothic" w:eastAsia="Yu Gothic" w:hAnsi="Yu Gothic"/>
          <w:sz w:val="52"/>
          <w:szCs w:val="52"/>
          <w:lang w:eastAsia="ja-JP"/>
        </w:rPr>
      </w:pPr>
      <w:r w:rsidRPr="005E7053">
        <w:rPr>
          <w:rFonts w:ascii="Yu Gothic" w:eastAsia="Yu Gothic" w:hAnsi="Yu Gothic" w:hint="eastAsia"/>
          <w:noProof/>
          <w:lang w:eastAsia="ja-JP"/>
        </w:rPr>
        <w:drawing>
          <wp:inline distT="0" distB="0" distL="0" distR="0" wp14:anchorId="7D6D290B" wp14:editId="6BD7E73A">
            <wp:extent cx="3396988" cy="640080"/>
            <wp:effectExtent l="0" t="0" r="0" b="0"/>
            <wp:docPr id="2079244459" name="図 1" descr="黒い背景に白い文字がある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244459" name="図 1" descr="黒い背景に白い文字がある&#10;&#10;AI 生成コンテンツは誤りを含む可能性があります。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32655" cy="665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7053">
        <w:rPr>
          <w:rFonts w:ascii="Yu Gothic" w:eastAsia="Yu Gothic" w:hAnsi="Yu Gothic"/>
          <w:sz w:val="52"/>
          <w:szCs w:val="52"/>
          <w:lang w:eastAsia="ja-JP"/>
        </w:rPr>
        <w:t xml:space="preserve"> </w:t>
      </w:r>
    </w:p>
    <w:p w14:paraId="64DE31BF" w14:textId="4D46BFB3" w:rsidR="005E7053" w:rsidRPr="005E7053" w:rsidRDefault="002D2787" w:rsidP="005E7053">
      <w:pPr>
        <w:ind w:firstLineChars="750" w:firstLine="3300"/>
        <w:rPr>
          <w:rFonts w:ascii="Yu Gothic" w:eastAsia="Yu Gothic" w:hAnsi="Yu Gothic"/>
          <w:b/>
          <w:bCs/>
          <w:sz w:val="20"/>
          <w:szCs w:val="20"/>
          <w:lang w:eastAsia="ja-JP"/>
        </w:rPr>
      </w:pPr>
      <w:r>
        <w:rPr>
          <w:rFonts w:ascii="Yu Gothic" w:eastAsia="Yu Gothic" w:hAnsi="Yu Gothic" w:hint="eastAsia"/>
          <w:b/>
          <w:bCs/>
          <w:sz w:val="44"/>
          <w:szCs w:val="44"/>
          <w:lang w:eastAsia="ja-JP"/>
        </w:rPr>
        <w:t>応募</w:t>
      </w:r>
      <w:r w:rsidR="005E7053" w:rsidRPr="005E7053">
        <w:rPr>
          <w:rFonts w:ascii="Yu Gothic" w:eastAsia="Yu Gothic" w:hAnsi="Yu Gothic" w:hint="eastAsia"/>
          <w:b/>
          <w:bCs/>
          <w:sz w:val="44"/>
          <w:szCs w:val="44"/>
          <w:lang w:eastAsia="ja-JP"/>
        </w:rPr>
        <w:t>用紙</w:t>
      </w:r>
    </w:p>
    <w:p w14:paraId="6F4A81C5" w14:textId="7EA7FE69" w:rsidR="005E7053" w:rsidRPr="00DE6EDD" w:rsidRDefault="00DE6EDD">
      <w:pPr>
        <w:rPr>
          <w:rFonts w:ascii="Yu Gothic" w:eastAsia="Yu Gothic" w:hAnsi="Yu Gothic"/>
          <w:b/>
          <w:bCs/>
          <w:color w:val="EE0000"/>
          <w:sz w:val="21"/>
          <w:szCs w:val="21"/>
          <w:lang w:eastAsia="ja-JP"/>
        </w:rPr>
      </w:pP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※</w:t>
      </w:r>
      <w:r w:rsidRPr="00DE6EDD">
        <w:rPr>
          <w:rFonts w:ascii="Yu Gothic" w:eastAsia="Yu Gothic" w:hAnsi="Yu Gothic"/>
          <w:b/>
          <w:bCs/>
          <w:color w:val="EE0000"/>
          <w:sz w:val="21"/>
          <w:szCs w:val="21"/>
          <w:lang w:eastAsia="ja-JP"/>
        </w:rPr>
        <w:t>202</w:t>
      </w:r>
      <w:r w:rsidR="00571C37">
        <w:rPr>
          <w:rFonts w:ascii="Yu Gothic" w:eastAsia="Yu Gothic" w:hAnsi="Yu Gothic"/>
          <w:b/>
          <w:bCs/>
          <w:color w:val="EE0000"/>
          <w:sz w:val="21"/>
          <w:szCs w:val="21"/>
          <w:lang w:eastAsia="ja-JP"/>
        </w:rPr>
        <w:t>7</w:t>
      </w: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年</w:t>
      </w:r>
      <w:r w:rsidR="00571C37">
        <w:rPr>
          <w:rFonts w:ascii="Yu Gothic" w:eastAsia="Yu Gothic" w:hAnsi="Yu Gothic"/>
          <w:b/>
          <w:bCs/>
          <w:color w:val="EE0000"/>
          <w:sz w:val="21"/>
          <w:szCs w:val="21"/>
          <w:lang w:eastAsia="ja-JP"/>
        </w:rPr>
        <w:t>1</w:t>
      </w: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月</w:t>
      </w:r>
      <w:r w:rsidR="00316147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31</w:t>
      </w: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日</w:t>
      </w:r>
      <w:r w:rsidRPr="00DE6EDD">
        <w:rPr>
          <w:rFonts w:ascii="Yu Gothic" w:eastAsia="Yu Gothic" w:hAnsi="Yu Gothic"/>
          <w:b/>
          <w:bCs/>
          <w:color w:val="EE0000"/>
          <w:sz w:val="21"/>
          <w:szCs w:val="21"/>
          <w:lang w:eastAsia="ja-JP"/>
        </w:rPr>
        <w:t>23</w:t>
      </w: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時</w:t>
      </w:r>
      <w:r w:rsidRPr="00DE6EDD">
        <w:rPr>
          <w:rFonts w:ascii="Yu Gothic" w:eastAsia="Yu Gothic" w:hAnsi="Yu Gothic"/>
          <w:b/>
          <w:bCs/>
          <w:color w:val="EE0000"/>
          <w:sz w:val="21"/>
          <w:szCs w:val="21"/>
          <w:lang w:eastAsia="ja-JP"/>
        </w:rPr>
        <w:t>59</w:t>
      </w: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分までに（</w:t>
      </w:r>
      <w:r w:rsidR="00571C37">
        <w:rPr>
          <w:rFonts w:ascii="Yu Gothic" w:eastAsia="Yu Gothic" w:hAnsi="Yu Gothic"/>
          <w:b/>
          <w:bCs/>
          <w:color w:val="EE0000"/>
          <w:sz w:val="21"/>
          <w:szCs w:val="21"/>
          <w:lang w:eastAsia="ja-JP"/>
        </w:rPr>
        <w:t>deshi</w:t>
      </w:r>
      <w:r w:rsidRPr="00DE6EDD">
        <w:rPr>
          <w:rFonts w:ascii="Yu Gothic" w:eastAsia="Yu Gothic" w:hAnsi="Yu Gothic"/>
          <w:b/>
          <w:bCs/>
          <w:color w:val="EE0000"/>
          <w:sz w:val="21"/>
          <w:szCs w:val="21"/>
          <w:lang w:eastAsia="ja-JP"/>
        </w:rPr>
        <w:t>@nippon-teshigoto.jp</w:t>
      </w: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）までお送りください</w:t>
      </w:r>
    </w:p>
    <w:p w14:paraId="13A2DE27" w14:textId="77777777" w:rsidR="00703D34" w:rsidRPr="005E7053" w:rsidRDefault="00000000">
      <w:pPr>
        <w:rPr>
          <w:rFonts w:ascii="Yu Gothic" w:eastAsia="Yu Gothic" w:hAnsi="Yu Gothic"/>
        </w:rPr>
      </w:pPr>
      <w:r w:rsidRPr="005E7053">
        <w:rPr>
          <w:rFonts w:ascii="Yu Gothic" w:eastAsia="Yu Gothic" w:hAnsi="Yu Gothic"/>
          <w:b/>
        </w:rPr>
        <w:t>【</w:t>
      </w:r>
      <w:proofErr w:type="spellStart"/>
      <w:r w:rsidRPr="005E7053">
        <w:rPr>
          <w:rFonts w:ascii="Yu Gothic" w:eastAsia="Yu Gothic" w:hAnsi="Yu Gothic"/>
          <w:b/>
        </w:rPr>
        <w:t>氏名</w:t>
      </w:r>
      <w:proofErr w:type="spellEnd"/>
      <w:r w:rsidRPr="005E7053">
        <w:rPr>
          <w:rFonts w:ascii="Yu Gothic" w:eastAsia="Yu Gothic" w:hAnsi="Yu Gothic"/>
          <w:b/>
        </w:rPr>
        <w:t xml:space="preserve">　※</w:t>
      </w:r>
      <w:proofErr w:type="spellStart"/>
      <w:r w:rsidRPr="005E7053">
        <w:rPr>
          <w:rFonts w:ascii="Yu Gothic" w:eastAsia="Yu Gothic" w:hAnsi="Yu Gothic"/>
          <w:b/>
        </w:rPr>
        <w:t>必須</w:t>
      </w:r>
      <w:proofErr w:type="spellEnd"/>
      <w:r w:rsidRPr="005E7053">
        <w:rPr>
          <w:rFonts w:ascii="Yu Gothic" w:eastAsia="Yu Gothic" w:hAnsi="Yu Gothic"/>
          <w:b/>
        </w:rPr>
        <w:t>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703D34" w:rsidRPr="005E7053" w14:paraId="7D52CCB6" w14:textId="77777777">
        <w:tc>
          <w:tcPr>
            <w:tcW w:w="8640" w:type="dxa"/>
          </w:tcPr>
          <w:p w14:paraId="6A313889" w14:textId="1DABA75D" w:rsidR="00703D34" w:rsidRPr="005E7053" w:rsidRDefault="00703D34">
            <w:pPr>
              <w:rPr>
                <w:rFonts w:ascii="Yu Gothic" w:eastAsia="Yu Gothic" w:hAnsi="Yu Gothic"/>
              </w:rPr>
            </w:pPr>
          </w:p>
        </w:tc>
      </w:tr>
    </w:tbl>
    <w:p w14:paraId="6C84665D" w14:textId="77777777" w:rsidR="00703D34" w:rsidRPr="005E7053" w:rsidRDefault="00703D34">
      <w:pPr>
        <w:rPr>
          <w:rFonts w:ascii="Yu Gothic" w:eastAsia="Yu Gothic" w:hAnsi="Yu Gothic"/>
        </w:rPr>
      </w:pPr>
    </w:p>
    <w:p w14:paraId="2E57EE8E" w14:textId="77777777" w:rsidR="00703D34" w:rsidRPr="005E7053" w:rsidRDefault="00000000">
      <w:pPr>
        <w:rPr>
          <w:rFonts w:ascii="Yu Gothic" w:eastAsia="Yu Gothic" w:hAnsi="Yu Gothic"/>
        </w:rPr>
      </w:pPr>
      <w:r w:rsidRPr="005E7053">
        <w:rPr>
          <w:rFonts w:ascii="Yu Gothic" w:eastAsia="Yu Gothic" w:hAnsi="Yu Gothic"/>
          <w:b/>
        </w:rPr>
        <w:t>【ふりがな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703D34" w:rsidRPr="005E7053" w14:paraId="638B6BE9" w14:textId="77777777">
        <w:tc>
          <w:tcPr>
            <w:tcW w:w="8640" w:type="dxa"/>
          </w:tcPr>
          <w:p w14:paraId="7E677F4B" w14:textId="52C9AAD6" w:rsidR="00703D34" w:rsidRPr="005E7053" w:rsidRDefault="00703D34">
            <w:pPr>
              <w:rPr>
                <w:rFonts w:ascii="Yu Gothic" w:eastAsia="Yu Gothic" w:hAnsi="Yu Gothic"/>
              </w:rPr>
            </w:pPr>
          </w:p>
        </w:tc>
      </w:tr>
    </w:tbl>
    <w:p w14:paraId="4A53E766" w14:textId="77777777" w:rsidR="00703D34" w:rsidRPr="005E7053" w:rsidRDefault="00703D34">
      <w:pPr>
        <w:rPr>
          <w:rFonts w:ascii="Yu Gothic" w:eastAsia="Yu Gothic" w:hAnsi="Yu Gothic"/>
          <w:lang w:eastAsia="ja-JP"/>
        </w:rPr>
      </w:pPr>
    </w:p>
    <w:p w14:paraId="0FE10CC6" w14:textId="77777777" w:rsidR="00703D34" w:rsidRPr="005E7053" w:rsidRDefault="00000000">
      <w:pPr>
        <w:rPr>
          <w:rFonts w:ascii="Yu Gothic" w:eastAsia="Yu Gothic" w:hAnsi="Yu Gothic"/>
          <w:lang w:eastAsia="zh-TW"/>
        </w:rPr>
      </w:pPr>
      <w:r w:rsidRPr="005E7053">
        <w:rPr>
          <w:rFonts w:ascii="Yu Gothic" w:eastAsia="Yu Gothic" w:hAnsi="Yu Gothic"/>
          <w:b/>
          <w:lang w:eastAsia="zh-TW"/>
        </w:rPr>
        <w:t>【電話番号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703D34" w:rsidRPr="005E7053" w14:paraId="55855250" w14:textId="77777777">
        <w:tc>
          <w:tcPr>
            <w:tcW w:w="8640" w:type="dxa"/>
          </w:tcPr>
          <w:p w14:paraId="47B3BDCE" w14:textId="3A0C61DD" w:rsidR="00703D34" w:rsidRPr="005E7053" w:rsidRDefault="00703D34">
            <w:pPr>
              <w:rPr>
                <w:rFonts w:ascii="Yu Gothic" w:eastAsia="Yu Gothic" w:hAnsi="Yu Gothic"/>
                <w:lang w:eastAsia="zh-TW"/>
              </w:rPr>
            </w:pPr>
          </w:p>
        </w:tc>
      </w:tr>
    </w:tbl>
    <w:p w14:paraId="76B3B607" w14:textId="77777777" w:rsidR="00703D34" w:rsidRPr="005E7053" w:rsidRDefault="00703D34">
      <w:pPr>
        <w:rPr>
          <w:rFonts w:ascii="Yu Gothic" w:eastAsia="Yu Gothic" w:hAnsi="Yu Gothic"/>
          <w:lang w:eastAsia="zh-TW"/>
        </w:rPr>
      </w:pPr>
    </w:p>
    <w:p w14:paraId="675B2B1E" w14:textId="77777777" w:rsidR="00703D34" w:rsidRPr="005E7053" w:rsidRDefault="00000000">
      <w:pPr>
        <w:rPr>
          <w:rFonts w:ascii="Yu Gothic" w:eastAsia="Yu Gothic" w:hAnsi="Yu Gothic"/>
          <w:lang w:eastAsia="ja-JP"/>
        </w:rPr>
      </w:pPr>
      <w:r w:rsidRPr="005E7053">
        <w:rPr>
          <w:rFonts w:ascii="Yu Gothic" w:eastAsia="Yu Gothic" w:hAnsi="Yu Gothic"/>
          <w:b/>
          <w:lang w:eastAsia="ja-JP"/>
        </w:rPr>
        <w:t>【メールアドレス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703D34" w:rsidRPr="005E7053" w14:paraId="11D9314C" w14:textId="77777777">
        <w:tc>
          <w:tcPr>
            <w:tcW w:w="8640" w:type="dxa"/>
          </w:tcPr>
          <w:p w14:paraId="2F92126A" w14:textId="47D64B6F" w:rsidR="00703D34" w:rsidRPr="005E7053" w:rsidRDefault="00703D34">
            <w:pPr>
              <w:rPr>
                <w:rFonts w:ascii="Yu Gothic" w:eastAsia="Yu Gothic" w:hAnsi="Yu Gothic"/>
                <w:lang w:eastAsia="ja-JP"/>
              </w:rPr>
            </w:pPr>
          </w:p>
        </w:tc>
      </w:tr>
    </w:tbl>
    <w:p w14:paraId="5444DA58" w14:textId="77777777" w:rsidR="00703D34" w:rsidRDefault="00703D34">
      <w:pPr>
        <w:rPr>
          <w:rFonts w:ascii="Yu Gothic" w:eastAsia="Yu Gothic" w:hAnsi="Yu Gothic"/>
          <w:lang w:eastAsia="ja-JP"/>
        </w:rPr>
      </w:pPr>
    </w:p>
    <w:p w14:paraId="4F7F341E" w14:textId="602E01D6" w:rsidR="003E4F80" w:rsidRPr="005E7053" w:rsidRDefault="003E4F80" w:rsidP="003E4F80">
      <w:pPr>
        <w:rPr>
          <w:rFonts w:ascii="Yu Gothic" w:eastAsia="Yu Gothic" w:hAnsi="Yu Gothic"/>
          <w:lang w:eastAsia="ja-JP"/>
        </w:rPr>
      </w:pPr>
      <w:r w:rsidRPr="005E7053">
        <w:rPr>
          <w:rFonts w:ascii="Yu Gothic" w:eastAsia="Yu Gothic" w:hAnsi="Yu Gothic"/>
          <w:b/>
          <w:lang w:eastAsia="ja-JP"/>
        </w:rPr>
        <w:t>【</w:t>
      </w:r>
      <w:r>
        <w:rPr>
          <w:rFonts w:ascii="Yu Gothic" w:eastAsia="Yu Gothic" w:hAnsi="Yu Gothic" w:hint="eastAsia"/>
          <w:b/>
          <w:lang w:eastAsia="ja-JP"/>
        </w:rPr>
        <w:t>生年月日</w:t>
      </w:r>
      <w:r w:rsidRPr="005E7053">
        <w:rPr>
          <w:rFonts w:ascii="Yu Gothic" w:eastAsia="Yu Gothic" w:hAnsi="Yu Gothic"/>
          <w:b/>
          <w:lang w:eastAsia="ja-JP"/>
        </w:rPr>
        <w:t xml:space="preserve">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3E4F80" w:rsidRPr="005E7053" w14:paraId="21F5656A" w14:textId="77777777" w:rsidTr="003F4830">
        <w:tc>
          <w:tcPr>
            <w:tcW w:w="8640" w:type="dxa"/>
          </w:tcPr>
          <w:p w14:paraId="5DFF3086" w14:textId="77777777" w:rsidR="003E4F80" w:rsidRPr="005E7053" w:rsidRDefault="003E4F80" w:rsidP="003F4830">
            <w:pPr>
              <w:rPr>
                <w:rFonts w:ascii="Yu Gothic" w:eastAsia="Yu Gothic" w:hAnsi="Yu Gothic"/>
                <w:lang w:eastAsia="ja-JP"/>
              </w:rPr>
            </w:pPr>
          </w:p>
        </w:tc>
      </w:tr>
    </w:tbl>
    <w:p w14:paraId="0E96CC6E" w14:textId="4116B99D" w:rsidR="0049012C" w:rsidRDefault="0049012C">
      <w:pPr>
        <w:rPr>
          <w:rFonts w:ascii="Yu Gothic" w:eastAsia="Yu Gothic" w:hAnsi="Yu Gothic"/>
          <w:lang w:eastAsia="ja-JP"/>
        </w:rPr>
      </w:pPr>
    </w:p>
    <w:p w14:paraId="44625772" w14:textId="2A2079D3" w:rsidR="0049012C" w:rsidRPr="00316147" w:rsidRDefault="0049012C">
      <w:pPr>
        <w:rPr>
          <w:rFonts w:ascii="Yu Gothic" w:eastAsia="Yu Gothic" w:hAnsi="Yu Gothic"/>
          <w:b/>
          <w:bCs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b/>
          <w:bCs/>
          <w:color w:val="000000" w:themeColor="text1"/>
          <w:lang w:eastAsia="ja-JP"/>
        </w:rPr>
        <w:t>【工房名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49012C" w:rsidRPr="00316147" w14:paraId="17245C27" w14:textId="77777777" w:rsidTr="00996394">
        <w:tc>
          <w:tcPr>
            <w:tcW w:w="8640" w:type="dxa"/>
          </w:tcPr>
          <w:p w14:paraId="323E3281" w14:textId="77777777" w:rsidR="0049012C" w:rsidRPr="00316147" w:rsidRDefault="0049012C" w:rsidP="00996394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</w:tc>
      </w:tr>
    </w:tbl>
    <w:p w14:paraId="68EFFD1C" w14:textId="77777777" w:rsidR="0049012C" w:rsidRPr="00316147" w:rsidRDefault="0049012C" w:rsidP="0049012C">
      <w:pPr>
        <w:rPr>
          <w:rFonts w:ascii="Yu Gothic" w:eastAsia="Yu Gothic" w:hAnsi="Yu Gothic"/>
          <w:color w:val="000000" w:themeColor="text1"/>
          <w:lang w:eastAsia="ja-JP"/>
        </w:rPr>
      </w:pPr>
    </w:p>
    <w:p w14:paraId="70794279" w14:textId="625CD9DA" w:rsidR="00703D34" w:rsidRPr="00316147" w:rsidRDefault="00000000">
      <w:pPr>
        <w:rPr>
          <w:rFonts w:ascii="Yu Gothic" w:eastAsia="Yu Gothic" w:hAnsi="Yu Gothic"/>
          <w:b/>
          <w:color w:val="000000" w:themeColor="text1"/>
          <w:lang w:eastAsia="ja-JP"/>
        </w:rPr>
      </w:pPr>
      <w:r w:rsidRPr="00316147">
        <w:rPr>
          <w:rFonts w:ascii="Yu Gothic" w:eastAsia="Yu Gothic" w:hAnsi="Yu Gothic"/>
          <w:b/>
          <w:color w:val="000000" w:themeColor="text1"/>
          <w:lang w:eastAsia="ja-JP"/>
        </w:rPr>
        <w:lastRenderedPageBreak/>
        <w:t>【</w:t>
      </w:r>
      <w:r w:rsidR="002D2787" w:rsidRPr="00316147">
        <w:rPr>
          <w:rFonts w:ascii="Yu Gothic" w:eastAsia="Yu Gothic" w:hAnsi="Yu Gothic" w:hint="eastAsia"/>
          <w:b/>
          <w:color w:val="000000" w:themeColor="text1"/>
          <w:lang w:eastAsia="ja-JP"/>
        </w:rPr>
        <w:t>現住所</w:t>
      </w:r>
      <w:r w:rsidRPr="00316147">
        <w:rPr>
          <w:rFonts w:ascii="Yu Gothic" w:eastAsia="Yu Gothic" w:hAnsi="Yu Gothic"/>
          <w:b/>
          <w:color w:val="000000" w:themeColor="text1"/>
          <w:lang w:eastAsia="ja-JP"/>
        </w:rPr>
        <w:t xml:space="preserve">　※必須】</w:t>
      </w:r>
    </w:p>
    <w:p w14:paraId="5738F7C7" w14:textId="5C905F08" w:rsidR="00CC7706" w:rsidRPr="00316147" w:rsidRDefault="00CC7706">
      <w:pPr>
        <w:rPr>
          <w:rFonts w:ascii="Yu Gothic" w:eastAsia="Yu Gothic" w:hAnsi="Yu Gothic"/>
          <w:bCs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bCs/>
          <w:color w:val="000000" w:themeColor="text1"/>
          <w:lang w:eastAsia="ja-JP"/>
        </w:rPr>
        <w:t>※工房など、作品のご返送先となる住所をご記載ください。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703D34" w:rsidRPr="00316147" w14:paraId="271825BF" w14:textId="77777777">
        <w:tc>
          <w:tcPr>
            <w:tcW w:w="8640" w:type="dxa"/>
          </w:tcPr>
          <w:p w14:paraId="31E9873A" w14:textId="77777777" w:rsidR="00703D34" w:rsidRPr="00316147" w:rsidRDefault="002D2787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  <w:r w:rsidRPr="00316147">
              <w:rPr>
                <w:rFonts w:ascii="Yu Gothic" w:eastAsia="Yu Gothic" w:hAnsi="Yu Gothic" w:hint="eastAsia"/>
                <w:color w:val="000000" w:themeColor="text1"/>
                <w:lang w:eastAsia="ja-JP"/>
              </w:rPr>
              <w:t>〒</w:t>
            </w:r>
          </w:p>
          <w:p w14:paraId="76F81A5C" w14:textId="6D8FF05C" w:rsidR="002D2787" w:rsidRPr="00316147" w:rsidRDefault="002D2787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</w:tc>
      </w:tr>
    </w:tbl>
    <w:p w14:paraId="1C8B073C" w14:textId="77777777" w:rsidR="00571C37" w:rsidRPr="00316147" w:rsidRDefault="00571C37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74C80A9A" w14:textId="1215B55F" w:rsidR="00571C37" w:rsidRPr="00316147" w:rsidRDefault="00571C37" w:rsidP="00571C37">
      <w:pPr>
        <w:rPr>
          <w:rFonts w:ascii="Yu Gothic" w:eastAsia="Yu Gothic" w:hAnsi="Yu Gothic"/>
          <w:b/>
          <w:color w:val="000000" w:themeColor="text1"/>
          <w:lang w:eastAsia="ja-JP"/>
        </w:rPr>
      </w:pPr>
      <w:r w:rsidRPr="00316147">
        <w:rPr>
          <w:rFonts w:ascii="Yu Gothic" w:eastAsia="Yu Gothic" w:hAnsi="Yu Gothic"/>
          <w:b/>
          <w:color w:val="000000" w:themeColor="text1"/>
          <w:lang w:eastAsia="ja-JP"/>
        </w:rPr>
        <w:t>【</w:t>
      </w:r>
      <w:r w:rsidRPr="00316147">
        <w:rPr>
          <w:rFonts w:ascii="Yu Gothic" w:eastAsia="Yu Gothic" w:hAnsi="Yu Gothic" w:hint="eastAsia"/>
          <w:b/>
          <w:color w:val="000000" w:themeColor="text1"/>
          <w:lang w:eastAsia="ja-JP"/>
        </w:rPr>
        <w:t>応募部門</w:t>
      </w:r>
      <w:r w:rsidRPr="00316147">
        <w:rPr>
          <w:rFonts w:ascii="Yu Gothic" w:eastAsia="Yu Gothic" w:hAnsi="Yu Gothic"/>
          <w:b/>
          <w:color w:val="000000" w:themeColor="text1"/>
          <w:lang w:eastAsia="ja-JP"/>
        </w:rPr>
        <w:t xml:space="preserve">　※必須】</w:t>
      </w:r>
    </w:p>
    <w:p w14:paraId="35F31005" w14:textId="212B92B4" w:rsidR="00571C37" w:rsidRPr="00316147" w:rsidRDefault="00571C37" w:rsidP="00571C3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□</w:t>
      </w:r>
      <w:r w:rsidRPr="00316147">
        <w:rPr>
          <w:rFonts w:ascii="Yu Gothic" w:eastAsia="Yu Gothic" w:hAnsi="Yu Gothic"/>
          <w:color w:val="000000" w:themeColor="text1"/>
          <w:lang w:eastAsia="ja-JP"/>
        </w:rPr>
        <w:t>駆け出し職人部門</w:t>
      </w: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（</w:t>
      </w:r>
      <w:r w:rsidRPr="00316147">
        <w:rPr>
          <w:rFonts w:ascii="Yu Gothic" w:eastAsia="Yu Gothic" w:hAnsi="Yu Gothic"/>
          <w:color w:val="000000" w:themeColor="text1"/>
          <w:lang w:eastAsia="ja-JP"/>
        </w:rPr>
        <w:t>職人歴3年未満</w:t>
      </w: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）</w:t>
      </w:r>
    </w:p>
    <w:p w14:paraId="2D641528" w14:textId="41DF096B" w:rsidR="00571C37" w:rsidRPr="00316147" w:rsidRDefault="00571C37" w:rsidP="00571C3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color w:val="000000" w:themeColor="text1"/>
          <w:lang w:eastAsia="zh-TW"/>
        </w:rPr>
        <w:t>□若手職人部門（職人歴</w:t>
      </w:r>
      <w:r w:rsidRPr="00316147">
        <w:rPr>
          <w:rFonts w:ascii="Yu Gothic" w:eastAsia="Yu Gothic" w:hAnsi="Yu Gothic"/>
          <w:color w:val="000000" w:themeColor="text1"/>
          <w:lang w:eastAsia="zh-TW"/>
        </w:rPr>
        <w:t>3</w:t>
      </w:r>
      <w:r w:rsidRPr="00316147">
        <w:rPr>
          <w:rFonts w:ascii="Yu Gothic" w:eastAsia="Yu Gothic" w:hAnsi="Yu Gothic" w:hint="eastAsia"/>
          <w:color w:val="000000" w:themeColor="text1"/>
          <w:lang w:eastAsia="zh-TW"/>
        </w:rPr>
        <w:t>〜</w:t>
      </w:r>
      <w:r w:rsidRPr="00316147">
        <w:rPr>
          <w:rFonts w:ascii="Yu Gothic" w:eastAsia="Yu Gothic" w:hAnsi="Yu Gothic"/>
          <w:color w:val="000000" w:themeColor="text1"/>
          <w:lang w:eastAsia="zh-TW"/>
        </w:rPr>
        <w:t>7</w:t>
      </w:r>
      <w:r w:rsidRPr="00316147">
        <w:rPr>
          <w:rFonts w:ascii="Yu Gothic" w:eastAsia="Yu Gothic" w:hAnsi="Yu Gothic" w:hint="eastAsia"/>
          <w:color w:val="000000" w:themeColor="text1"/>
          <w:lang w:eastAsia="zh-TW"/>
        </w:rPr>
        <w:t>年）</w:t>
      </w:r>
    </w:p>
    <w:p w14:paraId="5267894E" w14:textId="601CF225" w:rsidR="00571C37" w:rsidRPr="00316147" w:rsidRDefault="00571C37" w:rsidP="00571C3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□</w:t>
      </w:r>
      <w:r w:rsidR="00AC38FA" w:rsidRPr="00AC38FA">
        <w:rPr>
          <w:rFonts w:ascii="Yu Gothic" w:eastAsia="Yu Gothic" w:hAnsi="Yu Gothic" w:hint="eastAsia"/>
          <w:color w:val="000000" w:themeColor="text1"/>
          <w:lang w:eastAsia="ja-JP"/>
        </w:rPr>
        <w:t>ミドル駆け出し職人</w:t>
      </w:r>
      <w:r w:rsidRPr="00316147">
        <w:rPr>
          <w:rFonts w:ascii="Yu Gothic" w:eastAsia="Yu Gothic" w:hAnsi="Yu Gothic"/>
          <w:color w:val="000000" w:themeColor="text1"/>
          <w:lang w:eastAsia="ja-JP"/>
        </w:rPr>
        <w:t>部門</w:t>
      </w: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（</w:t>
      </w:r>
      <w:r w:rsidRPr="00316147">
        <w:rPr>
          <w:rFonts w:ascii="Yu Gothic" w:eastAsia="Yu Gothic" w:hAnsi="Yu Gothic"/>
          <w:color w:val="000000" w:themeColor="text1"/>
          <w:lang w:eastAsia="ja-JP"/>
        </w:rPr>
        <w:t>40歳以上・職人歴5年以内</w:t>
      </w: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）</w:t>
      </w:r>
    </w:p>
    <w:p w14:paraId="390883E0" w14:textId="77777777" w:rsidR="00571C37" w:rsidRPr="00316147" w:rsidRDefault="00571C37" w:rsidP="00571C37">
      <w:pPr>
        <w:rPr>
          <w:rFonts w:ascii="Yu Gothic" w:eastAsia="Yu Gothic" w:hAnsi="Yu Gothic"/>
          <w:color w:val="000000" w:themeColor="text1"/>
          <w:lang w:eastAsia="ja-JP"/>
        </w:rPr>
      </w:pPr>
    </w:p>
    <w:p w14:paraId="5725657B" w14:textId="1CA15860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/>
          <w:b/>
          <w:color w:val="000000" w:themeColor="text1"/>
          <w:lang w:eastAsia="ja-JP"/>
        </w:rPr>
        <w:t>【</w:t>
      </w:r>
      <w:r w:rsidRPr="00316147">
        <w:rPr>
          <w:rFonts w:ascii="Yu Gothic" w:eastAsia="Yu Gothic" w:hAnsi="Yu Gothic" w:hint="eastAsia"/>
          <w:b/>
          <w:color w:val="000000" w:themeColor="text1"/>
          <w:lang w:eastAsia="ja-JP"/>
        </w:rPr>
        <w:t>ご経歴</w:t>
      </w:r>
      <w:r w:rsidRPr="00316147">
        <w:rPr>
          <w:rFonts w:ascii="Yu Gothic" w:eastAsia="Yu Gothic" w:hAnsi="Yu Gothic"/>
          <w:b/>
          <w:color w:val="000000" w:themeColor="text1"/>
          <w:lang w:eastAsia="ja-JP"/>
        </w:rPr>
        <w:t>（卒業校〜現在まで</w:t>
      </w:r>
      <w:r w:rsidRPr="00316147">
        <w:rPr>
          <w:rFonts w:ascii="Yu Gothic" w:eastAsia="Yu Gothic" w:hAnsi="Yu Gothic" w:hint="eastAsia"/>
          <w:b/>
          <w:color w:val="000000" w:themeColor="text1"/>
          <w:lang w:eastAsia="ja-JP"/>
        </w:rPr>
        <w:t>）</w:t>
      </w:r>
      <w:r w:rsidRPr="00316147">
        <w:rPr>
          <w:rFonts w:ascii="Yu Gothic" w:eastAsia="Yu Gothic" w:hAnsi="Yu Gothic"/>
          <w:b/>
          <w:color w:val="000000" w:themeColor="text1"/>
          <w:lang w:eastAsia="ja-JP"/>
        </w:rPr>
        <w:t xml:space="preserve">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316147" w:rsidRPr="00316147" w14:paraId="7EFB65C0" w14:textId="77777777" w:rsidTr="003F4830">
        <w:tc>
          <w:tcPr>
            <w:tcW w:w="8640" w:type="dxa"/>
          </w:tcPr>
          <w:p w14:paraId="126F013B" w14:textId="13A1CC13" w:rsidR="002D2787" w:rsidRPr="00316147" w:rsidRDefault="00571C3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  <w:r w:rsidRPr="00316147">
              <w:rPr>
                <w:rFonts w:ascii="Yu Gothic" w:eastAsia="Yu Gothic" w:hAnsi="Yu Gothic" w:hint="eastAsia"/>
                <w:color w:val="000000" w:themeColor="text1"/>
                <w:lang w:eastAsia="ja-JP"/>
              </w:rPr>
              <w:t>職人歴が分かるように記載してください</w:t>
            </w:r>
          </w:p>
          <w:p w14:paraId="537D039F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0077431E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6695E5E3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065B3562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643B9BE2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4640FE2F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0CFFD6F9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2C2017AA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26FF3BB9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599EA0EF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50B30609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</w:tc>
      </w:tr>
    </w:tbl>
    <w:p w14:paraId="4E8B587F" w14:textId="170E5D69" w:rsidR="0049012C" w:rsidRPr="00316147" w:rsidRDefault="0049012C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b/>
          <w:color w:val="000000" w:themeColor="text1"/>
          <w:lang w:eastAsia="ja-JP"/>
        </w:rPr>
        <w:lastRenderedPageBreak/>
        <w:t>※以下、出展を希望する作品を登録してください</w:t>
      </w:r>
    </w:p>
    <w:p w14:paraId="4CA7DD77" w14:textId="202BE20A" w:rsidR="002D2787" w:rsidRPr="00316147" w:rsidRDefault="002D2787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  <w:r w:rsidRPr="00316147">
        <w:rPr>
          <w:rFonts w:ascii="Yu Gothic" w:eastAsia="Yu Gothic" w:hAnsi="Yu Gothic"/>
          <w:b/>
          <w:color w:val="000000" w:themeColor="text1"/>
          <w:lang w:eastAsia="ja-JP"/>
        </w:rPr>
        <w:t>【（弟子）作品の前・後・上・横の写真データ　※必須】</w:t>
      </w:r>
    </w:p>
    <w:p w14:paraId="0CE38274" w14:textId="768B903F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写真を貼り付けてください</w:t>
      </w:r>
    </w:p>
    <w:p w14:paraId="550C53A7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1F525960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46582D6C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2E040671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740AFD37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111379BE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28E23325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4CB5B500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4231E919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104CD4CA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0B5396E4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64F1A31C" w14:textId="77777777" w:rsidR="00A76772" w:rsidRPr="00316147" w:rsidRDefault="00A76772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436FA40D" w14:textId="554E8E18" w:rsidR="00571C37" w:rsidRPr="00316147" w:rsidRDefault="00571C37" w:rsidP="00571C3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/>
          <w:b/>
          <w:color w:val="000000" w:themeColor="text1"/>
          <w:lang w:eastAsia="ja-JP"/>
        </w:rPr>
        <w:t>【</w:t>
      </w:r>
      <w:r w:rsidRPr="00316147">
        <w:rPr>
          <w:rFonts w:ascii="Yu Gothic" w:eastAsia="Yu Gothic" w:hAnsi="Yu Gothic" w:hint="eastAsia"/>
          <w:b/>
          <w:color w:val="000000" w:themeColor="text1"/>
          <w:lang w:eastAsia="ja-JP"/>
        </w:rPr>
        <w:t>弟子作品の大きさ</w:t>
      </w:r>
      <w:r w:rsidRPr="00316147">
        <w:rPr>
          <w:rFonts w:ascii="Yu Gothic" w:eastAsia="Yu Gothic" w:hAnsi="Yu Gothic"/>
          <w:b/>
          <w:color w:val="000000" w:themeColor="text1"/>
          <w:lang w:eastAsia="ja-JP"/>
        </w:rPr>
        <w:t xml:space="preserve">　※必須】</w:t>
      </w:r>
    </w:p>
    <w:p w14:paraId="2CF571A6" w14:textId="14B43BC6" w:rsidR="00571C37" w:rsidRPr="00316147" w:rsidRDefault="00571C37" w:rsidP="00571C3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縦</w:t>
      </w:r>
      <w:r w:rsidR="00910C25">
        <w:rPr>
          <w:rFonts w:ascii="Yu Gothic" w:eastAsia="Yu Gothic" w:hAnsi="Yu Gothic" w:hint="eastAsia"/>
          <w:color w:val="000000" w:themeColor="text1"/>
          <w:lang w:eastAsia="ja-JP"/>
        </w:rPr>
        <w:t>×横×高さ（</w:t>
      </w:r>
      <w:r w:rsidR="00910C25">
        <w:rPr>
          <w:rFonts w:ascii="Yu Gothic" w:eastAsia="Yu Gothic" w:hAnsi="Yu Gothic"/>
          <w:color w:val="000000" w:themeColor="text1"/>
          <w:lang w:eastAsia="ja-JP"/>
        </w:rPr>
        <w:t>mm</w:t>
      </w:r>
      <w:r w:rsidR="00910C25">
        <w:rPr>
          <w:rFonts w:ascii="Yu Gothic" w:eastAsia="Yu Gothic" w:hAnsi="Yu Gothic" w:hint="eastAsia"/>
          <w:color w:val="000000" w:themeColor="text1"/>
          <w:lang w:eastAsia="ja-JP"/>
        </w:rPr>
        <w:t>）</w:t>
      </w: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：</w:t>
      </w:r>
    </w:p>
    <w:p w14:paraId="19DFFB21" w14:textId="77777777" w:rsidR="00910C25" w:rsidRDefault="00910C25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791BC04B" w14:textId="6165CFC1" w:rsidR="00A76772" w:rsidRPr="00316147" w:rsidRDefault="00A76772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b/>
          <w:color w:val="000000" w:themeColor="text1"/>
          <w:lang w:eastAsia="ja-JP"/>
        </w:rPr>
        <w:t>【（弟子）作品の参考販売価格】</w:t>
      </w:r>
    </w:p>
    <w:p w14:paraId="0DD7AAE4" w14:textId="15277FED" w:rsidR="00A76772" w:rsidRPr="00316147" w:rsidRDefault="00A76772" w:rsidP="002D2787">
      <w:pPr>
        <w:rPr>
          <w:rFonts w:ascii="Yu Gothic" w:eastAsia="Yu Gothic" w:hAnsi="Yu Gothic"/>
          <w:bCs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bCs/>
          <w:color w:val="000000" w:themeColor="text1"/>
          <w:lang w:eastAsia="ja-JP"/>
        </w:rPr>
        <w:t>※販売可能な作品の場合は、参考販売価格をご記載ください。</w:t>
      </w:r>
    </w:p>
    <w:p w14:paraId="3D1C7D80" w14:textId="77777777" w:rsidR="00A76772" w:rsidRPr="00316147" w:rsidRDefault="00A76772" w:rsidP="002D2787">
      <w:pPr>
        <w:rPr>
          <w:rFonts w:ascii="Yu Gothic" w:eastAsia="Yu Gothic" w:hAnsi="Yu Gothic"/>
          <w:bCs/>
          <w:color w:val="000000" w:themeColor="text1"/>
          <w:lang w:eastAsia="ja-JP"/>
        </w:rPr>
      </w:pPr>
    </w:p>
    <w:p w14:paraId="01812749" w14:textId="77777777" w:rsidR="00910C25" w:rsidRDefault="00910C25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16111F9B" w14:textId="77777777" w:rsidR="00910C25" w:rsidRDefault="00910C25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12FF1E21" w14:textId="52CCCE3F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/>
          <w:b/>
          <w:color w:val="000000" w:themeColor="text1"/>
          <w:lang w:eastAsia="ja-JP"/>
        </w:rPr>
        <w:lastRenderedPageBreak/>
        <w:t>【（親方）作品の前・後・上・横の写真データ　※必須】</w:t>
      </w:r>
    </w:p>
    <w:p w14:paraId="6993F0FD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写真を貼り付けてください</w:t>
      </w:r>
    </w:p>
    <w:p w14:paraId="0112E355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02F341EF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14EF884C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491299DE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1384E3DD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144C2C4F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16CD0925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24F3110B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38F8BEB6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0EDAFAB7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46FEDFC3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03F80494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218EBA51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3FCA9B62" w14:textId="2EB6D3D8" w:rsidR="00571C37" w:rsidRPr="00316147" w:rsidRDefault="00571C37" w:rsidP="00571C3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/>
          <w:b/>
          <w:color w:val="000000" w:themeColor="text1"/>
          <w:lang w:eastAsia="ja-JP"/>
        </w:rPr>
        <w:t>【</w:t>
      </w:r>
      <w:r w:rsidRPr="00316147">
        <w:rPr>
          <w:rFonts w:ascii="Yu Gothic" w:eastAsia="Yu Gothic" w:hAnsi="Yu Gothic" w:hint="eastAsia"/>
          <w:b/>
          <w:color w:val="000000" w:themeColor="text1"/>
          <w:lang w:eastAsia="ja-JP"/>
        </w:rPr>
        <w:t>親方作品の大きさ</w:t>
      </w:r>
      <w:r w:rsidRPr="00316147">
        <w:rPr>
          <w:rFonts w:ascii="Yu Gothic" w:eastAsia="Yu Gothic" w:hAnsi="Yu Gothic"/>
          <w:b/>
          <w:color w:val="000000" w:themeColor="text1"/>
          <w:lang w:eastAsia="ja-JP"/>
        </w:rPr>
        <w:t xml:space="preserve">　※必須】</w:t>
      </w:r>
    </w:p>
    <w:p w14:paraId="0DFEC577" w14:textId="77777777" w:rsidR="00910C25" w:rsidRPr="00316147" w:rsidRDefault="00910C25" w:rsidP="00910C25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縦</w:t>
      </w:r>
      <w:r>
        <w:rPr>
          <w:rFonts w:ascii="Yu Gothic" w:eastAsia="Yu Gothic" w:hAnsi="Yu Gothic" w:hint="eastAsia"/>
          <w:color w:val="000000" w:themeColor="text1"/>
          <w:lang w:eastAsia="ja-JP"/>
        </w:rPr>
        <w:t>×横×高さ（</w:t>
      </w:r>
      <w:r>
        <w:rPr>
          <w:rFonts w:ascii="Yu Gothic" w:eastAsia="Yu Gothic" w:hAnsi="Yu Gothic"/>
          <w:color w:val="000000" w:themeColor="text1"/>
          <w:lang w:eastAsia="ja-JP"/>
        </w:rPr>
        <w:t>mm</w:t>
      </w:r>
      <w:r>
        <w:rPr>
          <w:rFonts w:ascii="Yu Gothic" w:eastAsia="Yu Gothic" w:hAnsi="Yu Gothic" w:hint="eastAsia"/>
          <w:color w:val="000000" w:themeColor="text1"/>
          <w:lang w:eastAsia="ja-JP"/>
        </w:rPr>
        <w:t>）</w:t>
      </w: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：</w:t>
      </w:r>
    </w:p>
    <w:p w14:paraId="38453A75" w14:textId="77777777" w:rsidR="00A76772" w:rsidRPr="00910C25" w:rsidRDefault="00A76772" w:rsidP="00571C37">
      <w:pPr>
        <w:rPr>
          <w:rFonts w:ascii="Yu Gothic" w:eastAsia="Yu Gothic" w:hAnsi="Yu Gothic"/>
          <w:color w:val="000000" w:themeColor="text1"/>
          <w:lang w:eastAsia="ja-JP"/>
        </w:rPr>
      </w:pPr>
    </w:p>
    <w:p w14:paraId="39A0B0A2" w14:textId="5316015A" w:rsidR="00A76772" w:rsidRPr="00316147" w:rsidRDefault="00A76772" w:rsidP="00A76772">
      <w:pPr>
        <w:rPr>
          <w:rFonts w:ascii="Yu Gothic" w:eastAsia="Yu Gothic" w:hAnsi="Yu Gothic"/>
          <w:b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b/>
          <w:color w:val="000000" w:themeColor="text1"/>
          <w:lang w:eastAsia="ja-JP"/>
        </w:rPr>
        <w:t>【（親方）作品の参考販売価格】</w:t>
      </w:r>
    </w:p>
    <w:p w14:paraId="64A50AFE" w14:textId="77777777" w:rsidR="00A76772" w:rsidRPr="00316147" w:rsidRDefault="00A76772" w:rsidP="00A76772">
      <w:pPr>
        <w:rPr>
          <w:rFonts w:ascii="Yu Gothic" w:eastAsia="Yu Gothic" w:hAnsi="Yu Gothic"/>
          <w:bCs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bCs/>
          <w:color w:val="000000" w:themeColor="text1"/>
          <w:lang w:eastAsia="ja-JP"/>
        </w:rPr>
        <w:t>※販売可能な作品の場合は、参考販売価格をご記載ください。</w:t>
      </w:r>
    </w:p>
    <w:p w14:paraId="05BCDE16" w14:textId="77777777" w:rsidR="00A76772" w:rsidRPr="00316147" w:rsidRDefault="00A76772" w:rsidP="00571C37">
      <w:pPr>
        <w:rPr>
          <w:rFonts w:ascii="Yu Gothic" w:eastAsia="Yu Gothic" w:hAnsi="Yu Gothic"/>
          <w:color w:val="000000" w:themeColor="text1"/>
          <w:lang w:eastAsia="ja-JP"/>
        </w:rPr>
      </w:pPr>
    </w:p>
    <w:p w14:paraId="0FCEA510" w14:textId="77777777" w:rsidR="00910C25" w:rsidRDefault="00910C25" w:rsidP="00571C37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42ED0F74" w14:textId="77777777" w:rsidR="00910C25" w:rsidRDefault="00910C25" w:rsidP="00571C37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4B7CF3C7" w14:textId="059F14C9" w:rsidR="00571C37" w:rsidRPr="00316147" w:rsidRDefault="002D2787" w:rsidP="00571C3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/>
          <w:b/>
          <w:color w:val="000000" w:themeColor="text1"/>
          <w:lang w:eastAsia="ja-JP"/>
        </w:rPr>
        <w:lastRenderedPageBreak/>
        <w:t>【親方とのツーショット写真　※必須】</w:t>
      </w:r>
    </w:p>
    <w:p w14:paraId="4FD4E781" w14:textId="6FFD5C3E" w:rsidR="00571C37" w:rsidRPr="00316147" w:rsidRDefault="00571C37" w:rsidP="00571C3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※フォトブックやWEBサイトに掲載されます</w:t>
      </w:r>
    </w:p>
    <w:p w14:paraId="5B70C4DB" w14:textId="414E64F9" w:rsidR="00571C37" w:rsidRPr="00316147" w:rsidRDefault="00571C37" w:rsidP="00571C3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※左に弟子、右に親方が並んでいる写真をお願いします</w:t>
      </w:r>
    </w:p>
    <w:p w14:paraId="30D41C72" w14:textId="6F20150C" w:rsidR="00571C37" w:rsidRPr="00316147" w:rsidRDefault="00571C37" w:rsidP="00571C3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※</w:t>
      </w:r>
      <w:r w:rsidRPr="00316147">
        <w:rPr>
          <w:rFonts w:ascii="Yu Gothic" w:eastAsia="Yu Gothic" w:hAnsi="Yu Gothic"/>
          <w:color w:val="000000" w:themeColor="text1"/>
          <w:lang w:eastAsia="ja-JP"/>
        </w:rPr>
        <w:t>1MB以上を目安に、できるだけ高画質な写真をご提出ください。スマートフォンで撮影した場合は、圧縮せず元の写真データをアップロードしてください。</w:t>
      </w:r>
    </w:p>
    <w:p w14:paraId="76D67322" w14:textId="77777777" w:rsidR="00571C37" w:rsidRPr="00316147" w:rsidRDefault="00571C37" w:rsidP="00571C37">
      <w:pPr>
        <w:rPr>
          <w:rFonts w:ascii="Yu Gothic" w:eastAsia="Yu Gothic" w:hAnsi="Yu Gothic"/>
          <w:color w:val="000000" w:themeColor="text1"/>
          <w:lang w:eastAsia="ja-JP"/>
        </w:rPr>
      </w:pPr>
    </w:p>
    <w:p w14:paraId="6B910701" w14:textId="41AE0184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>写真を貼り付けてください</w:t>
      </w:r>
    </w:p>
    <w:p w14:paraId="3BEAB7FE" w14:textId="77777777" w:rsidR="002D2787" w:rsidRPr="00316147" w:rsidRDefault="002D2787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1F88FC9A" w14:textId="77777777" w:rsidR="002D2787" w:rsidRPr="00316147" w:rsidRDefault="002D2787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317C2E2C" w14:textId="77777777" w:rsidR="002D2787" w:rsidRPr="00316147" w:rsidRDefault="002D2787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2C3C9510" w14:textId="77777777" w:rsidR="002D2787" w:rsidRPr="00316147" w:rsidRDefault="002D2787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4FF5825F" w14:textId="77777777" w:rsidR="002D2787" w:rsidRPr="00316147" w:rsidRDefault="002D2787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7F5FC4F6" w14:textId="77777777" w:rsidR="002D2787" w:rsidRPr="00316147" w:rsidRDefault="002D2787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51E22304" w14:textId="77777777" w:rsidR="002D2787" w:rsidRPr="00316147" w:rsidRDefault="002D2787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4B401C19" w14:textId="77777777" w:rsidR="002D2787" w:rsidRPr="00316147" w:rsidRDefault="002D2787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3308F795" w14:textId="77777777" w:rsidR="002D2787" w:rsidRPr="00316147" w:rsidRDefault="002D2787" w:rsidP="002D2787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63D8CD8E" w14:textId="1F62024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/>
          <w:b/>
          <w:color w:val="000000" w:themeColor="text1"/>
          <w:lang w:eastAsia="ja-JP"/>
        </w:rPr>
        <w:t>【</w:t>
      </w:r>
      <w:r w:rsidRPr="00316147">
        <w:rPr>
          <w:rFonts w:ascii="Yu Gothic" w:eastAsia="Yu Gothic" w:hAnsi="Yu Gothic" w:hint="eastAsia"/>
          <w:b/>
          <w:color w:val="000000" w:themeColor="text1"/>
          <w:lang w:eastAsia="ja-JP"/>
        </w:rPr>
        <w:t>親方のお名前（ふりがな）</w:t>
      </w:r>
      <w:r w:rsidRPr="00316147">
        <w:rPr>
          <w:rFonts w:ascii="Yu Gothic" w:eastAsia="Yu Gothic" w:hAnsi="Yu Gothic"/>
          <w:b/>
          <w:color w:val="000000" w:themeColor="text1"/>
          <w:lang w:eastAsia="ja-JP"/>
        </w:rPr>
        <w:t xml:space="preserve">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316147" w:rsidRPr="00316147" w14:paraId="714E1E7F" w14:textId="77777777" w:rsidTr="003F4830">
        <w:tc>
          <w:tcPr>
            <w:tcW w:w="8640" w:type="dxa"/>
          </w:tcPr>
          <w:p w14:paraId="0F52A9F0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</w:tc>
      </w:tr>
    </w:tbl>
    <w:p w14:paraId="5CF4E4D2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78BF6D59" w14:textId="2E7C04E9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/>
          <w:b/>
          <w:color w:val="000000" w:themeColor="text1"/>
          <w:lang w:eastAsia="ja-JP"/>
        </w:rPr>
        <w:t>【</w:t>
      </w:r>
      <w:r w:rsidRPr="00316147">
        <w:rPr>
          <w:rFonts w:ascii="Yu Gothic" w:eastAsia="Yu Gothic" w:hAnsi="Yu Gothic" w:hint="eastAsia"/>
          <w:b/>
          <w:color w:val="000000" w:themeColor="text1"/>
          <w:lang w:eastAsia="ja-JP"/>
        </w:rPr>
        <w:t>工芸品名】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2D2787" w:rsidRPr="00316147" w14:paraId="52DCF9B0" w14:textId="77777777" w:rsidTr="003F4830">
        <w:tc>
          <w:tcPr>
            <w:tcW w:w="8640" w:type="dxa"/>
          </w:tcPr>
          <w:p w14:paraId="62D2FA66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</w:tc>
      </w:tr>
    </w:tbl>
    <w:p w14:paraId="57FF507B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</w:p>
    <w:p w14:paraId="39FB41B4" w14:textId="0515A3F0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zh-TW"/>
        </w:rPr>
      </w:pPr>
      <w:r w:rsidRPr="00316147">
        <w:rPr>
          <w:rFonts w:ascii="Yu Gothic" w:eastAsia="Yu Gothic" w:hAnsi="Yu Gothic"/>
          <w:b/>
          <w:color w:val="000000" w:themeColor="text1"/>
          <w:lang w:eastAsia="zh-TW"/>
        </w:rPr>
        <w:t>【（弟子）作品名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2D2787" w:rsidRPr="00316147" w14:paraId="6403118C" w14:textId="77777777" w:rsidTr="003F4830">
        <w:tc>
          <w:tcPr>
            <w:tcW w:w="8640" w:type="dxa"/>
          </w:tcPr>
          <w:p w14:paraId="77146211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zh-TW"/>
              </w:rPr>
            </w:pPr>
          </w:p>
        </w:tc>
      </w:tr>
    </w:tbl>
    <w:p w14:paraId="64C50CF0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zh-TW"/>
        </w:rPr>
      </w:pPr>
    </w:p>
    <w:p w14:paraId="59F51123" w14:textId="7F517B51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zh-TW"/>
        </w:rPr>
      </w:pPr>
      <w:r w:rsidRPr="00316147">
        <w:rPr>
          <w:rFonts w:ascii="Yu Gothic" w:eastAsia="Yu Gothic" w:hAnsi="Yu Gothic"/>
          <w:b/>
          <w:color w:val="000000" w:themeColor="text1"/>
          <w:lang w:eastAsia="zh-TW"/>
        </w:rPr>
        <w:t>【（</w:t>
      </w:r>
      <w:r w:rsidRPr="00316147">
        <w:rPr>
          <w:rFonts w:ascii="Yu Gothic" w:eastAsia="Yu Gothic" w:hAnsi="Yu Gothic" w:hint="eastAsia"/>
          <w:b/>
          <w:color w:val="000000" w:themeColor="text1"/>
          <w:lang w:eastAsia="zh-TW"/>
        </w:rPr>
        <w:t>親方</w:t>
      </w:r>
      <w:r w:rsidRPr="00316147">
        <w:rPr>
          <w:rFonts w:ascii="Yu Gothic" w:eastAsia="Yu Gothic" w:hAnsi="Yu Gothic"/>
          <w:b/>
          <w:color w:val="000000" w:themeColor="text1"/>
          <w:lang w:eastAsia="zh-TW"/>
        </w:rPr>
        <w:t>）作品名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2D2787" w:rsidRPr="00316147" w14:paraId="62A2F78F" w14:textId="77777777" w:rsidTr="003F4830">
        <w:tc>
          <w:tcPr>
            <w:tcW w:w="8640" w:type="dxa"/>
          </w:tcPr>
          <w:p w14:paraId="299F62ED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zh-TW"/>
              </w:rPr>
            </w:pPr>
          </w:p>
        </w:tc>
      </w:tr>
    </w:tbl>
    <w:p w14:paraId="1741EEDE" w14:textId="77777777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zh-TW"/>
        </w:rPr>
      </w:pPr>
    </w:p>
    <w:p w14:paraId="6E537058" w14:textId="0BF93F41" w:rsidR="002D2787" w:rsidRPr="00316147" w:rsidRDefault="002D2787" w:rsidP="002D2787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/>
          <w:b/>
          <w:color w:val="000000" w:themeColor="text1"/>
          <w:lang w:eastAsia="ja-JP"/>
        </w:rPr>
        <w:t>【</w:t>
      </w:r>
      <w:r w:rsidR="00FC30E5" w:rsidRPr="00316147">
        <w:rPr>
          <w:rFonts w:ascii="Yu Gothic" w:eastAsia="Yu Gothic" w:hAnsi="Yu Gothic" w:hint="eastAsia"/>
          <w:b/>
          <w:color w:val="000000" w:themeColor="text1"/>
          <w:lang w:eastAsia="ja-JP"/>
        </w:rPr>
        <w:t>作品紹介文（こだわったポイントやアピールしたいこと）を</w:t>
      </w:r>
      <w:r w:rsidRPr="00316147">
        <w:rPr>
          <w:rFonts w:ascii="Yu Gothic" w:eastAsia="Yu Gothic" w:hAnsi="Yu Gothic"/>
          <w:b/>
          <w:color w:val="000000" w:themeColor="text1"/>
          <w:lang w:eastAsia="ja-JP"/>
        </w:rPr>
        <w:t>ご記載ください　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316147" w:rsidRPr="00316147" w14:paraId="1B54FE80" w14:textId="77777777" w:rsidTr="003F4830">
        <w:tc>
          <w:tcPr>
            <w:tcW w:w="8640" w:type="dxa"/>
          </w:tcPr>
          <w:p w14:paraId="1B1DB06F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5922E7EE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4BD7D0E6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13F29EBE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42BDA7C5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4A2F6E09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617B2615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1E50A8BA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30250B18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38A755E0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506F3AB6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7809BB3C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272F24AB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  <w:p w14:paraId="1209C19A" w14:textId="77777777" w:rsidR="002D2787" w:rsidRPr="00316147" w:rsidRDefault="002D2787" w:rsidP="003F4830">
            <w:pPr>
              <w:rPr>
                <w:rFonts w:ascii="Yu Gothic" w:eastAsia="Yu Gothic" w:hAnsi="Yu Gothic"/>
                <w:color w:val="000000" w:themeColor="text1"/>
                <w:lang w:eastAsia="ja-JP"/>
              </w:rPr>
            </w:pPr>
          </w:p>
        </w:tc>
      </w:tr>
    </w:tbl>
    <w:p w14:paraId="0BAEC432" w14:textId="77777777" w:rsidR="00703D34" w:rsidRPr="00316147" w:rsidRDefault="00703D34">
      <w:pPr>
        <w:rPr>
          <w:rFonts w:ascii="Yu Gothic" w:eastAsia="Yu Gothic" w:hAnsi="Yu Gothic"/>
          <w:color w:val="000000" w:themeColor="text1"/>
          <w:lang w:eastAsia="ja-JP"/>
        </w:rPr>
      </w:pPr>
    </w:p>
    <w:p w14:paraId="317D17DE" w14:textId="77777777" w:rsidR="00910C25" w:rsidRDefault="00910C25">
      <w:pPr>
        <w:rPr>
          <w:rFonts w:ascii="Yu Gothic" w:eastAsia="Yu Gothic" w:hAnsi="Yu Gothic"/>
          <w:b/>
          <w:color w:val="000000" w:themeColor="text1"/>
          <w:lang w:eastAsia="ja-JP"/>
        </w:rPr>
      </w:pPr>
    </w:p>
    <w:p w14:paraId="4AA958C0" w14:textId="1B76A3F8" w:rsidR="00703D34" w:rsidRPr="00316147" w:rsidRDefault="00000000">
      <w:pPr>
        <w:rPr>
          <w:rFonts w:ascii="Yu Gothic" w:eastAsia="Yu Gothic" w:hAnsi="Yu Gothic"/>
          <w:color w:val="000000" w:themeColor="text1"/>
          <w:lang w:eastAsia="ja-JP"/>
        </w:rPr>
      </w:pPr>
      <w:r w:rsidRPr="00316147">
        <w:rPr>
          <w:rFonts w:ascii="Yu Gothic" w:eastAsia="Yu Gothic" w:hAnsi="Yu Gothic"/>
          <w:b/>
          <w:color w:val="000000" w:themeColor="text1"/>
          <w:lang w:eastAsia="ja-JP"/>
        </w:rPr>
        <w:lastRenderedPageBreak/>
        <w:t>【個人情報の取り扱いについて　※必須】</w:t>
      </w:r>
    </w:p>
    <w:p w14:paraId="76EC4971" w14:textId="6163AEDC" w:rsidR="00703D34" w:rsidRPr="00316147" w:rsidRDefault="00000000">
      <w:pPr>
        <w:rPr>
          <w:rFonts w:ascii="Yu Gothic" w:eastAsia="Yu Gothic" w:hAnsi="Yu Gothic"/>
          <w:color w:val="000000" w:themeColor="text1"/>
          <w:lang w:eastAsia="ja-JP"/>
        </w:rPr>
      </w:pPr>
      <w:hyperlink r:id="rId7" w:history="1">
        <w:r w:rsidR="005E7053" w:rsidRPr="00316147">
          <w:rPr>
            <w:rStyle w:val="aff"/>
            <w:rFonts w:ascii="Yu Gothic" w:eastAsia="Yu Gothic" w:hAnsi="Yu Gothic"/>
            <w:color w:val="548DD4" w:themeColor="text2" w:themeTint="99"/>
            <w:lang w:eastAsia="ja-JP"/>
          </w:rPr>
          <w:t>個人情報の取り扱いについて</w:t>
        </w:r>
      </w:hyperlink>
      <w:sdt>
        <w:sdtPr>
          <w:rPr>
            <w:rFonts w:ascii="Yu Gothic" w:eastAsia="Yu Gothic" w:hAnsi="Yu Gothic"/>
            <w:color w:val="000000" w:themeColor="text1"/>
          </w:rPr>
          <w:id w:val="-399048588"/>
        </w:sdtPr>
        <w:sdtContent>
          <w:proofErr w:type="gramStart"/>
          <w:r w:rsidR="005E7053" w:rsidRPr="00316147">
            <w:rPr>
              <w:rFonts w:ascii="Yu Gothic" w:eastAsia="Yu Gothic" w:hAnsi="Yu Gothic"/>
              <w:color w:val="000000" w:themeColor="text1"/>
              <w:lang w:eastAsia="ja-JP"/>
            </w:rPr>
            <w:t>に</w:t>
          </w:r>
          <w:proofErr w:type="gramEnd"/>
          <w:r w:rsidR="005E7053" w:rsidRPr="00316147">
            <w:rPr>
              <w:rFonts w:ascii="Yu Gothic" w:eastAsia="Yu Gothic" w:hAnsi="Yu Gothic"/>
              <w:color w:val="000000" w:themeColor="text1"/>
              <w:lang w:eastAsia="ja-JP"/>
            </w:rPr>
            <w:t>同意の上、入力内容にお間違えなければチェックをお願いします。</w:t>
          </w:r>
        </w:sdtContent>
      </w:sdt>
    </w:p>
    <w:p w14:paraId="61CA74ED" w14:textId="46F890D9" w:rsidR="00703D34" w:rsidRPr="00316147" w:rsidRDefault="005E7053">
      <w:pPr>
        <w:rPr>
          <w:rFonts w:ascii="Yu Gothic" w:eastAsia="Yu Gothic" w:hAnsi="Yu Gothic"/>
          <w:color w:val="000000" w:themeColor="text1"/>
        </w:rPr>
      </w:pPr>
      <w:r w:rsidRPr="00316147">
        <w:rPr>
          <w:rFonts w:ascii="Yu Gothic" w:eastAsia="Yu Gothic" w:hAnsi="Yu Gothic" w:hint="eastAsia"/>
          <w:color w:val="000000" w:themeColor="text1"/>
          <w:lang w:eastAsia="ja-JP"/>
        </w:rPr>
        <w:t xml:space="preserve">□ </w:t>
      </w:r>
      <w:r w:rsidRPr="00316147">
        <w:rPr>
          <w:rFonts w:ascii="Yu Gothic" w:eastAsia="Yu Gothic" w:hAnsi="Yu Gothic"/>
          <w:color w:val="000000" w:themeColor="text1"/>
          <w:lang w:eastAsia="ja-JP"/>
        </w:rPr>
        <w:t xml:space="preserve"> </w:t>
      </w:r>
      <w:sdt>
        <w:sdtPr>
          <w:rPr>
            <w:rFonts w:ascii="Yu Gothic" w:eastAsia="Yu Gothic" w:hAnsi="Yu Gothic"/>
            <w:color w:val="000000" w:themeColor="text1"/>
          </w:rPr>
          <w:id w:val="-1665546113"/>
        </w:sdtPr>
        <w:sdtContent>
          <w:proofErr w:type="spellStart"/>
          <w:r w:rsidRPr="00316147">
            <w:rPr>
              <w:rFonts w:ascii="Yu Gothic" w:eastAsia="Yu Gothic" w:hAnsi="Yu Gothic"/>
              <w:color w:val="000000" w:themeColor="text1"/>
            </w:rPr>
            <w:t>同意する</w:t>
          </w:r>
          <w:proofErr w:type="spellEnd"/>
        </w:sdtContent>
      </w:sdt>
    </w:p>
    <w:p w14:paraId="2EF4921F" w14:textId="77777777" w:rsidR="00703D34" w:rsidRPr="005E7053" w:rsidRDefault="00703D34">
      <w:pPr>
        <w:rPr>
          <w:rFonts w:ascii="Yu Gothic" w:eastAsia="Yu Gothic" w:hAnsi="Yu Gothic"/>
        </w:rPr>
      </w:pPr>
    </w:p>
    <w:sectPr w:rsidR="00703D34" w:rsidRPr="005E705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4097734">
    <w:abstractNumId w:val="8"/>
  </w:num>
  <w:num w:numId="2" w16cid:durableId="1193493740">
    <w:abstractNumId w:val="6"/>
  </w:num>
  <w:num w:numId="3" w16cid:durableId="1874923654">
    <w:abstractNumId w:val="5"/>
  </w:num>
  <w:num w:numId="4" w16cid:durableId="1294553970">
    <w:abstractNumId w:val="4"/>
  </w:num>
  <w:num w:numId="5" w16cid:durableId="603348287">
    <w:abstractNumId w:val="7"/>
  </w:num>
  <w:num w:numId="6" w16cid:durableId="1374385385">
    <w:abstractNumId w:val="3"/>
  </w:num>
  <w:num w:numId="7" w16cid:durableId="202258649">
    <w:abstractNumId w:val="2"/>
  </w:num>
  <w:num w:numId="8" w16cid:durableId="1867401420">
    <w:abstractNumId w:val="1"/>
  </w:num>
  <w:num w:numId="9" w16cid:durableId="548613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34AB"/>
    <w:rsid w:val="0029639D"/>
    <w:rsid w:val="002D2787"/>
    <w:rsid w:val="002E4546"/>
    <w:rsid w:val="00316147"/>
    <w:rsid w:val="00326F90"/>
    <w:rsid w:val="003E4F80"/>
    <w:rsid w:val="00427057"/>
    <w:rsid w:val="0049012C"/>
    <w:rsid w:val="00571C37"/>
    <w:rsid w:val="005E44F3"/>
    <w:rsid w:val="005E7053"/>
    <w:rsid w:val="00703D34"/>
    <w:rsid w:val="008346C9"/>
    <w:rsid w:val="008B387C"/>
    <w:rsid w:val="00910C25"/>
    <w:rsid w:val="00A76772"/>
    <w:rsid w:val="00AA1D8D"/>
    <w:rsid w:val="00AC38FA"/>
    <w:rsid w:val="00B47730"/>
    <w:rsid w:val="00CB0664"/>
    <w:rsid w:val="00CC7706"/>
    <w:rsid w:val="00D81402"/>
    <w:rsid w:val="00DD6889"/>
    <w:rsid w:val="00DE6EDD"/>
    <w:rsid w:val="00E152A0"/>
    <w:rsid w:val="00FC30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F28B36"/>
  <w14:defaultImageDpi w14:val="300"/>
  <w15:docId w15:val="{5C7FAD9C-A9E0-4A42-8F4E-D9415B6D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unhideWhenUsed/>
    <w:rsid w:val="005E7053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5E7053"/>
    <w:rPr>
      <w:color w:val="605E5C"/>
      <w:shd w:val="clear" w:color="auto" w:fill="E1DFDD"/>
    </w:rPr>
  </w:style>
  <w:style w:type="character" w:styleId="aff1">
    <w:name w:val="FollowedHyperlink"/>
    <w:basedOn w:val="a2"/>
    <w:uiPriority w:val="99"/>
    <w:semiHidden/>
    <w:unhideWhenUsed/>
    <w:rsid w:val="005E70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ippon-teshigoto.jp/privac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151</Words>
  <Characters>865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クリエイティブチームメンバー用</cp:lastModifiedBy>
  <cp:revision>5</cp:revision>
  <dcterms:created xsi:type="dcterms:W3CDTF">2026-09-13T11:10:00Z</dcterms:created>
  <dcterms:modified xsi:type="dcterms:W3CDTF">2026-09-30T08:52:00Z</dcterms:modified>
  <cp:category/>
</cp:coreProperties>
</file>